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3CCF" w14:textId="2EF08282" w:rsidR="008D7623" w:rsidRDefault="00000000">
      <w:pPr>
        <w:jc w:val="center"/>
      </w:pPr>
      <w:proofErr w:type="spellStart"/>
      <w:r>
        <w:rPr>
          <w:b/>
          <w:sz w:val="40"/>
        </w:rPr>
        <w:t>Regulamin</w:t>
      </w:r>
      <w:proofErr w:type="spellEnd"/>
      <w:r>
        <w:rPr>
          <w:b/>
          <w:sz w:val="40"/>
        </w:rPr>
        <w:t xml:space="preserve"> „</w:t>
      </w:r>
      <w:proofErr w:type="spellStart"/>
      <w:r>
        <w:rPr>
          <w:b/>
          <w:sz w:val="40"/>
        </w:rPr>
        <w:t>Złotego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Indeksu</w:t>
      </w:r>
      <w:proofErr w:type="spellEnd"/>
      <w:r>
        <w:rPr>
          <w:b/>
          <w:sz w:val="40"/>
        </w:rPr>
        <w:t xml:space="preserve"> </w:t>
      </w:r>
      <w:proofErr w:type="spellStart"/>
      <w:r w:rsidR="007E28AB">
        <w:rPr>
          <w:b/>
          <w:sz w:val="40"/>
        </w:rPr>
        <w:t>Arbitra</w:t>
      </w:r>
      <w:proofErr w:type="spellEnd"/>
      <w:r>
        <w:rPr>
          <w:b/>
          <w:sz w:val="40"/>
        </w:rPr>
        <w:t>”</w:t>
      </w:r>
    </w:p>
    <w:p w14:paraId="2236F04B" w14:textId="4FABF161" w:rsidR="00437F23" w:rsidRPr="00CC1034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dla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235840" w:rsidRPr="00CC1034">
        <w:rPr>
          <w:rFonts w:ascii="Times New Roman" w:hAnsi="Times New Roman" w:cs="Times New Roman"/>
        </w:rPr>
        <w:t>studentów</w:t>
      </w:r>
      <w:proofErr w:type="spellEnd"/>
      <w:r w:rsidR="00235840" w:rsidRPr="00CC1034">
        <w:rPr>
          <w:rFonts w:ascii="Times New Roman" w:hAnsi="Times New Roman" w:cs="Times New Roman"/>
        </w:rPr>
        <w:t xml:space="preserve"> I </w:t>
      </w:r>
      <w:proofErr w:type="spellStart"/>
      <w:r w:rsidRPr="00CC1034">
        <w:rPr>
          <w:rFonts w:ascii="Times New Roman" w:hAnsi="Times New Roman" w:cs="Times New Roman"/>
        </w:rPr>
        <w:t>kandydatów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na</w:t>
      </w:r>
      <w:proofErr w:type="spellEnd"/>
      <w:r w:rsidRPr="00CC1034">
        <w:rPr>
          <w:rFonts w:ascii="Times New Roman" w:hAnsi="Times New Roman" w:cs="Times New Roman"/>
        </w:rPr>
        <w:t xml:space="preserve"> studia </w:t>
      </w:r>
      <w:proofErr w:type="spellStart"/>
      <w:r w:rsidRPr="00CC1034">
        <w:rPr>
          <w:rFonts w:ascii="Times New Roman" w:hAnsi="Times New Roman" w:cs="Times New Roman"/>
        </w:rPr>
        <w:t>pierwszego</w:t>
      </w:r>
      <w:proofErr w:type="spellEnd"/>
      <w:r w:rsidRPr="00CC1034">
        <w:rPr>
          <w:rFonts w:ascii="Times New Roman" w:hAnsi="Times New Roman" w:cs="Times New Roman"/>
        </w:rPr>
        <w:t xml:space="preserve"> (</w:t>
      </w:r>
      <w:proofErr w:type="spellStart"/>
      <w:r w:rsidRPr="00CC1034">
        <w:rPr>
          <w:rFonts w:ascii="Times New Roman" w:hAnsi="Times New Roman" w:cs="Times New Roman"/>
        </w:rPr>
        <w:t>licencjackie</w:t>
      </w:r>
      <w:proofErr w:type="spellEnd"/>
      <w:r w:rsidRPr="00CC1034">
        <w:rPr>
          <w:rFonts w:ascii="Times New Roman" w:hAnsi="Times New Roman" w:cs="Times New Roman"/>
        </w:rPr>
        <w:t xml:space="preserve">) </w:t>
      </w:r>
      <w:proofErr w:type="spellStart"/>
      <w:r w:rsidRPr="00CC1034">
        <w:rPr>
          <w:rFonts w:ascii="Times New Roman" w:hAnsi="Times New Roman" w:cs="Times New Roman"/>
        </w:rPr>
        <w:t>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drugiego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stopnia</w:t>
      </w:r>
      <w:proofErr w:type="spellEnd"/>
      <w:r w:rsidRPr="00CC1034">
        <w:rPr>
          <w:rFonts w:ascii="Times New Roman" w:hAnsi="Times New Roman" w:cs="Times New Roman"/>
        </w:rPr>
        <w:t xml:space="preserve"> (</w:t>
      </w:r>
      <w:proofErr w:type="spellStart"/>
      <w:r w:rsidRPr="00CC1034">
        <w:rPr>
          <w:rFonts w:ascii="Times New Roman" w:hAnsi="Times New Roman" w:cs="Times New Roman"/>
        </w:rPr>
        <w:t>magisterskie</w:t>
      </w:r>
      <w:proofErr w:type="spellEnd"/>
      <w:r w:rsidRPr="00CC1034">
        <w:rPr>
          <w:rFonts w:ascii="Times New Roman" w:hAnsi="Times New Roman" w:cs="Times New Roman"/>
        </w:rPr>
        <w:t>)</w:t>
      </w:r>
      <w:r w:rsidR="00437F23" w:rsidRPr="00CC1034">
        <w:rPr>
          <w:rFonts w:ascii="Times New Roman" w:hAnsi="Times New Roman" w:cs="Times New Roman"/>
        </w:rPr>
        <w:t xml:space="preserve"> </w:t>
      </w:r>
    </w:p>
    <w:p w14:paraId="42DD43B4" w14:textId="1257ED3C" w:rsidR="008D7623" w:rsidRPr="00CC1034" w:rsidRDefault="00437F23" w:rsidP="00235840">
      <w:pPr>
        <w:jc w:val="center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w </w:t>
      </w:r>
      <w:proofErr w:type="spellStart"/>
      <w:r w:rsidRPr="00CC1034">
        <w:rPr>
          <w:rFonts w:ascii="Times New Roman" w:hAnsi="Times New Roman" w:cs="Times New Roman"/>
        </w:rPr>
        <w:t>Wyższej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Szkole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Edukacja</w:t>
      </w:r>
      <w:proofErr w:type="spellEnd"/>
      <w:r w:rsidRPr="00CC1034">
        <w:rPr>
          <w:rFonts w:ascii="Times New Roman" w:hAnsi="Times New Roman" w:cs="Times New Roman"/>
        </w:rPr>
        <w:t xml:space="preserve"> w </w:t>
      </w:r>
      <w:proofErr w:type="spellStart"/>
      <w:r w:rsidRPr="00CC1034">
        <w:rPr>
          <w:rFonts w:ascii="Times New Roman" w:hAnsi="Times New Roman" w:cs="Times New Roman"/>
        </w:rPr>
        <w:t>Sporcie</w:t>
      </w:r>
      <w:proofErr w:type="spellEnd"/>
      <w:r w:rsidRPr="00CC1034">
        <w:rPr>
          <w:rFonts w:ascii="Times New Roman" w:hAnsi="Times New Roman" w:cs="Times New Roman"/>
        </w:rPr>
        <w:t xml:space="preserve"> (WSEWS)</w:t>
      </w:r>
    </w:p>
    <w:p w14:paraId="3D7B2E20" w14:textId="77777777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§1. Postanowienia ogólne</w:t>
      </w:r>
    </w:p>
    <w:p w14:paraId="39A56462" w14:textId="6C5FE566" w:rsidR="008D7623" w:rsidRPr="00CC1034" w:rsidRDefault="00000000" w:rsidP="00020CC6">
      <w:pPr>
        <w:pStyle w:val="Listanumerowana"/>
        <w:ind w:left="426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Regulamin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określa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zasady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przyznawania</w:t>
      </w:r>
      <w:proofErr w:type="spellEnd"/>
      <w:r w:rsidRPr="00CC1034">
        <w:rPr>
          <w:rFonts w:ascii="Times New Roman" w:hAnsi="Times New Roman" w:cs="Times New Roman"/>
        </w:rPr>
        <w:t xml:space="preserve">, </w:t>
      </w:r>
      <w:proofErr w:type="spellStart"/>
      <w:r w:rsidRPr="00CC1034">
        <w:rPr>
          <w:rFonts w:ascii="Times New Roman" w:hAnsi="Times New Roman" w:cs="Times New Roman"/>
        </w:rPr>
        <w:t>korzystania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cofania</w:t>
      </w:r>
      <w:proofErr w:type="spellEnd"/>
      <w:r w:rsidRPr="00CC1034">
        <w:rPr>
          <w:rFonts w:ascii="Times New Roman" w:hAnsi="Times New Roman" w:cs="Times New Roman"/>
        </w:rPr>
        <w:t xml:space="preserve"> „</w:t>
      </w:r>
      <w:proofErr w:type="spellStart"/>
      <w:r w:rsidRPr="00CC1034">
        <w:rPr>
          <w:rFonts w:ascii="Times New Roman" w:hAnsi="Times New Roman" w:cs="Times New Roman"/>
        </w:rPr>
        <w:t>Złotego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Indeksu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7E28AB" w:rsidRP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 xml:space="preserve">” </w:t>
      </w:r>
      <w:r w:rsidR="00437F23" w:rsidRPr="00CC1034">
        <w:rPr>
          <w:rFonts w:ascii="Times New Roman" w:hAnsi="Times New Roman" w:cs="Times New Roman"/>
        </w:rPr>
        <w:t xml:space="preserve">w </w:t>
      </w:r>
      <w:proofErr w:type="spellStart"/>
      <w:r w:rsidR="00437F23" w:rsidRPr="00CC1034">
        <w:rPr>
          <w:rFonts w:ascii="Times New Roman" w:hAnsi="Times New Roman" w:cs="Times New Roman"/>
        </w:rPr>
        <w:t>Wyższej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437F23" w:rsidRPr="00CC1034">
        <w:rPr>
          <w:rFonts w:ascii="Times New Roman" w:hAnsi="Times New Roman" w:cs="Times New Roman"/>
        </w:rPr>
        <w:t>Szkole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437F23" w:rsidRPr="00CC1034">
        <w:rPr>
          <w:rFonts w:ascii="Times New Roman" w:hAnsi="Times New Roman" w:cs="Times New Roman"/>
        </w:rPr>
        <w:t>Edukacja</w:t>
      </w:r>
      <w:proofErr w:type="spellEnd"/>
      <w:r w:rsidR="00437F23" w:rsidRPr="00CC1034">
        <w:rPr>
          <w:rFonts w:ascii="Times New Roman" w:hAnsi="Times New Roman" w:cs="Times New Roman"/>
        </w:rPr>
        <w:t xml:space="preserve"> w Sporcie</w:t>
      </w:r>
      <w:r w:rsidR="00341138" w:rsidRPr="00CC1034">
        <w:rPr>
          <w:rFonts w:ascii="Times New Roman" w:hAnsi="Times New Roman" w:cs="Times New Roman"/>
        </w:rPr>
        <w:t>.</w:t>
      </w:r>
    </w:p>
    <w:p w14:paraId="1908C684" w14:textId="6A60C0EC" w:rsidR="008D7623" w:rsidRPr="00CC1034" w:rsidRDefault="00000000" w:rsidP="00020CC6">
      <w:pPr>
        <w:pStyle w:val="Listanumerowana"/>
        <w:ind w:left="426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Celem programu jest </w:t>
      </w:r>
      <w:proofErr w:type="spellStart"/>
      <w:r w:rsidRPr="00CC1034">
        <w:rPr>
          <w:rFonts w:ascii="Times New Roman" w:hAnsi="Times New Roman" w:cs="Times New Roman"/>
        </w:rPr>
        <w:t>wyróżnienie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wybitnych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</w:rPr>
        <w:t>arbitrów</w:t>
      </w:r>
      <w:proofErr w:type="spellEnd"/>
      <w:r w:rsidR="00CC1034" w:rsidRPr="00CC1034">
        <w:rPr>
          <w:rFonts w:ascii="Times New Roman" w:hAnsi="Times New Roman" w:cs="Times New Roman"/>
        </w:rPr>
        <w:t>/</w:t>
      </w:r>
      <w:proofErr w:type="spellStart"/>
      <w:r w:rsidR="00CC1034" w:rsidRPr="00CC1034">
        <w:rPr>
          <w:rFonts w:ascii="Times New Roman" w:hAnsi="Times New Roman" w:cs="Times New Roman"/>
        </w:rPr>
        <w:t>sędziów</w:t>
      </w:r>
      <w:proofErr w:type="spellEnd"/>
      <w:r w:rsidR="00CC1034" w:rsidRPr="00CC1034">
        <w:rPr>
          <w:rFonts w:ascii="Times New Roman" w:hAnsi="Times New Roman" w:cs="Times New Roman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</w:rPr>
        <w:t>oraz</w:t>
      </w:r>
      <w:proofErr w:type="spellEnd"/>
      <w:r w:rsidR="00CC1034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wsparcie</w:t>
      </w:r>
      <w:proofErr w:type="spellEnd"/>
      <w:r w:rsidRPr="00CC1034">
        <w:rPr>
          <w:rFonts w:ascii="Times New Roman" w:hAnsi="Times New Roman" w:cs="Times New Roman"/>
        </w:rPr>
        <w:t xml:space="preserve"> ich w </w:t>
      </w:r>
      <w:proofErr w:type="spellStart"/>
      <w:r w:rsidRPr="00CC1034">
        <w:rPr>
          <w:rFonts w:ascii="Times New Roman" w:hAnsi="Times New Roman" w:cs="Times New Roman"/>
        </w:rPr>
        <w:t>podjęciu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studiów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r w:rsidR="00437F23" w:rsidRPr="00CC1034">
        <w:rPr>
          <w:rFonts w:ascii="Times New Roman" w:hAnsi="Times New Roman" w:cs="Times New Roman"/>
        </w:rPr>
        <w:t>w WSEWS.</w:t>
      </w:r>
    </w:p>
    <w:p w14:paraId="00B4714D" w14:textId="77777777" w:rsidR="008D7623" w:rsidRPr="00CC1034" w:rsidRDefault="00000000" w:rsidP="00020CC6">
      <w:pPr>
        <w:pStyle w:val="Listanumerowana"/>
        <w:ind w:left="426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Indeks stanowi formę ulgi w opłatach za kształcenie, przyznawanej zgodnie z niniejszym Regulaminem.</w:t>
      </w:r>
    </w:p>
    <w:p w14:paraId="256B450E" w14:textId="77777777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§2. Definicje</w:t>
      </w:r>
    </w:p>
    <w:p w14:paraId="0F163DE3" w14:textId="77777777" w:rsidR="00CC1034" w:rsidRDefault="00020CC6" w:rsidP="00CC1034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CC1034">
        <w:rPr>
          <w:rFonts w:ascii="Times New Roman" w:hAnsi="Times New Roman" w:cs="Times New Roman"/>
        </w:rPr>
        <w:t xml:space="preserve">1.  </w:t>
      </w:r>
      <w:r w:rsidR="00CC1034" w:rsidRPr="00CC1034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Arbiter (</w:t>
      </w:r>
      <w:proofErr w:type="spellStart"/>
      <w:r w:rsidR="00CC1034" w:rsidRPr="00CC1034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sędzia</w:t>
      </w:r>
      <w:proofErr w:type="spellEnd"/>
      <w:r w:rsidR="00CC1034" w:rsidRPr="00CC1034">
        <w:rPr>
          <w:rStyle w:val="Pogrubienie"/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="00CC1034" w:rsidRPr="00CC1034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sportowy</w:t>
      </w:r>
      <w:proofErr w:type="spellEnd"/>
      <w:r w:rsidR="00CC1034" w:rsidRPr="00CC1034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)</w:t>
      </w:r>
      <w:r w:rsidR="00CC1034" w:rsidRPr="00CC1034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 </w:t>
      </w:r>
      <w:r w:rsidR="00CC1034" w:rsidRPr="00CC1034">
        <w:rPr>
          <w:rFonts w:ascii="Times New Roman" w:hAnsi="Times New Roman" w:cs="Times New Roman"/>
          <w:color w:val="000000"/>
        </w:rPr>
        <w:t xml:space="preserve">– to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osoba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fizyczna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posiadająca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ważne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uprawnienia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i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licencję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wydaną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przez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właściwy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polski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lub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międzynarodowy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związek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sportowy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powołana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prowadzenia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zawodów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sportowych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w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danej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dyscyplinie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której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obowiązkiem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jest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bezstronne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stosowanie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i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egzekwowanie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przepisów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gry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oraz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regulaminów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organizacyjnych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. Arbiter jest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organem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rozstrzygającym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w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sprawach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spornych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powstałych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w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toku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zawodów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podejmuje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decyzje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w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granicach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przepisów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czuwa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nad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prawidłowym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przebiegiem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rywalizacji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oraz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nad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zachowaniem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zasad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fair play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i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bezpieczeństwa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  <w:color w:val="000000"/>
        </w:rPr>
        <w:t>uczestników</w:t>
      </w:r>
      <w:proofErr w:type="spellEnd"/>
      <w:r w:rsidR="00CC1034" w:rsidRPr="00CC1034">
        <w:rPr>
          <w:rFonts w:ascii="Times New Roman" w:hAnsi="Times New Roman" w:cs="Times New Roman"/>
          <w:color w:val="000000"/>
        </w:rPr>
        <w:t>.</w:t>
      </w:r>
    </w:p>
    <w:p w14:paraId="387B3565" w14:textId="1465590F" w:rsidR="008D7623" w:rsidRPr="00CC1034" w:rsidRDefault="00020CC6" w:rsidP="00CC1034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3.  „PZS” – </w:t>
      </w:r>
      <w:proofErr w:type="spellStart"/>
      <w:r w:rsidRPr="00CC1034">
        <w:rPr>
          <w:rFonts w:ascii="Times New Roman" w:hAnsi="Times New Roman" w:cs="Times New Roman"/>
        </w:rPr>
        <w:t>polski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związek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sportowy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właściwy</w:t>
      </w:r>
      <w:proofErr w:type="spellEnd"/>
      <w:r w:rsidRPr="00CC1034">
        <w:rPr>
          <w:rFonts w:ascii="Times New Roman" w:hAnsi="Times New Roman" w:cs="Times New Roman"/>
        </w:rPr>
        <w:t xml:space="preserve"> dla danej dyscypliny.</w:t>
      </w:r>
    </w:p>
    <w:p w14:paraId="69BC473B" w14:textId="14490929" w:rsidR="008D7623" w:rsidRPr="00CC1034" w:rsidRDefault="00020CC6" w:rsidP="00020CC6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4.  „</w:t>
      </w:r>
      <w:proofErr w:type="spellStart"/>
      <w:r w:rsidRPr="00CC1034">
        <w:rPr>
          <w:rFonts w:ascii="Times New Roman" w:hAnsi="Times New Roman" w:cs="Times New Roman"/>
        </w:rPr>
        <w:t>Komisja</w:t>
      </w:r>
      <w:proofErr w:type="spellEnd"/>
      <w:r w:rsidRPr="00CC1034">
        <w:rPr>
          <w:rFonts w:ascii="Times New Roman" w:hAnsi="Times New Roman" w:cs="Times New Roman"/>
        </w:rPr>
        <w:t xml:space="preserve">” – </w:t>
      </w:r>
      <w:r w:rsidR="00437F23" w:rsidRPr="00CC1034">
        <w:rPr>
          <w:rFonts w:ascii="Times New Roman" w:hAnsi="Times New Roman" w:cs="Times New Roman"/>
        </w:rPr>
        <w:t xml:space="preserve">Rada </w:t>
      </w:r>
      <w:proofErr w:type="spellStart"/>
      <w:r w:rsidR="00437F23" w:rsidRPr="00CC1034">
        <w:rPr>
          <w:rFonts w:ascii="Times New Roman" w:hAnsi="Times New Roman" w:cs="Times New Roman"/>
        </w:rPr>
        <w:t>Zarządzająca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437F23" w:rsidRPr="00CC1034">
        <w:rPr>
          <w:rFonts w:ascii="Times New Roman" w:hAnsi="Times New Roman" w:cs="Times New Roman"/>
        </w:rPr>
        <w:t>Uczelnią</w:t>
      </w:r>
      <w:proofErr w:type="spellEnd"/>
    </w:p>
    <w:p w14:paraId="77059B5D" w14:textId="77777777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§3. Adresaci programu</w:t>
      </w:r>
    </w:p>
    <w:p w14:paraId="2D26456F" w14:textId="120404B1" w:rsidR="008D7623" w:rsidRPr="00CC1034" w:rsidRDefault="00000000" w:rsidP="00020CC6">
      <w:pPr>
        <w:pStyle w:val="Listanumerowana"/>
        <w:numPr>
          <w:ilvl w:val="0"/>
          <w:numId w:val="15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O </w:t>
      </w:r>
      <w:proofErr w:type="spellStart"/>
      <w:r w:rsidR="00437F23" w:rsidRPr="00CC1034">
        <w:rPr>
          <w:rFonts w:ascii="Times New Roman" w:hAnsi="Times New Roman" w:cs="Times New Roman"/>
        </w:rPr>
        <w:t>Złoty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mogą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ubiegać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się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020CC6" w:rsidRPr="00CC1034">
        <w:rPr>
          <w:rFonts w:ascii="Times New Roman" w:hAnsi="Times New Roman" w:cs="Times New Roman"/>
        </w:rPr>
        <w:t>studenci</w:t>
      </w:r>
      <w:proofErr w:type="spellEnd"/>
      <w:r w:rsidR="00020CC6" w:rsidRPr="00CC1034">
        <w:rPr>
          <w:rFonts w:ascii="Times New Roman" w:hAnsi="Times New Roman" w:cs="Times New Roman"/>
        </w:rPr>
        <w:t xml:space="preserve"> </w:t>
      </w:r>
      <w:proofErr w:type="spellStart"/>
      <w:r w:rsidR="00020CC6" w:rsidRPr="00CC1034">
        <w:rPr>
          <w:rFonts w:ascii="Times New Roman" w:hAnsi="Times New Roman" w:cs="Times New Roman"/>
        </w:rPr>
        <w:t>aktualnie</w:t>
      </w:r>
      <w:proofErr w:type="spellEnd"/>
      <w:r w:rsidR="00020CC6" w:rsidRPr="00CC1034">
        <w:rPr>
          <w:rFonts w:ascii="Times New Roman" w:hAnsi="Times New Roman" w:cs="Times New Roman"/>
        </w:rPr>
        <w:t xml:space="preserve"> </w:t>
      </w:r>
      <w:proofErr w:type="spellStart"/>
      <w:r w:rsidR="00020CC6" w:rsidRPr="00CC1034">
        <w:rPr>
          <w:rFonts w:ascii="Times New Roman" w:hAnsi="Times New Roman" w:cs="Times New Roman"/>
        </w:rPr>
        <w:t>studiujący</w:t>
      </w:r>
      <w:proofErr w:type="spellEnd"/>
      <w:r w:rsidR="00020CC6" w:rsidRPr="00CC1034">
        <w:rPr>
          <w:rFonts w:ascii="Times New Roman" w:hAnsi="Times New Roman" w:cs="Times New Roman"/>
        </w:rPr>
        <w:t xml:space="preserve"> </w:t>
      </w:r>
      <w:proofErr w:type="spellStart"/>
      <w:r w:rsidR="00020CC6" w:rsidRPr="00CC1034">
        <w:rPr>
          <w:rFonts w:ascii="Times New Roman" w:hAnsi="Times New Roman" w:cs="Times New Roman"/>
        </w:rPr>
        <w:t>oraz</w:t>
      </w:r>
      <w:proofErr w:type="spellEnd"/>
      <w:r w:rsidR="00020CC6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kandydaci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na</w:t>
      </w:r>
      <w:proofErr w:type="spellEnd"/>
      <w:r w:rsidRPr="00CC1034">
        <w:rPr>
          <w:rFonts w:ascii="Times New Roman" w:hAnsi="Times New Roman" w:cs="Times New Roman"/>
        </w:rPr>
        <w:t xml:space="preserve"> studia:</w:t>
      </w:r>
    </w:p>
    <w:p w14:paraId="30427689" w14:textId="30E6ADE7" w:rsidR="008D7623" w:rsidRPr="00CC1034" w:rsidRDefault="00000000" w:rsidP="00020CC6">
      <w:pPr>
        <w:pStyle w:val="Listanumerowana2"/>
        <w:numPr>
          <w:ilvl w:val="0"/>
          <w:numId w:val="11"/>
        </w:numPr>
        <w:ind w:left="426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pierwszego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stopnia</w:t>
      </w:r>
      <w:proofErr w:type="spellEnd"/>
      <w:r w:rsidRPr="00CC1034">
        <w:rPr>
          <w:rFonts w:ascii="Times New Roman" w:hAnsi="Times New Roman" w:cs="Times New Roman"/>
        </w:rPr>
        <w:t xml:space="preserve"> (</w:t>
      </w:r>
      <w:proofErr w:type="spellStart"/>
      <w:r w:rsidRPr="00CC1034">
        <w:rPr>
          <w:rFonts w:ascii="Times New Roman" w:hAnsi="Times New Roman" w:cs="Times New Roman"/>
        </w:rPr>
        <w:t>licencjackie</w:t>
      </w:r>
      <w:proofErr w:type="spellEnd"/>
      <w:r w:rsidRPr="00CC1034">
        <w:rPr>
          <w:rFonts w:ascii="Times New Roman" w:hAnsi="Times New Roman" w:cs="Times New Roman"/>
        </w:rPr>
        <w:t>),</w:t>
      </w:r>
    </w:p>
    <w:p w14:paraId="00CA3CFE" w14:textId="77777777" w:rsidR="008D7623" w:rsidRPr="00CC1034" w:rsidRDefault="00000000" w:rsidP="00020CC6">
      <w:pPr>
        <w:pStyle w:val="Listanumerowana2"/>
        <w:numPr>
          <w:ilvl w:val="0"/>
          <w:numId w:val="11"/>
        </w:numPr>
        <w:ind w:left="426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drugiego stopnia (magisterskie),</w:t>
      </w:r>
    </w:p>
    <w:p w14:paraId="699279DE" w14:textId="56A49A20" w:rsidR="008D7623" w:rsidRPr="00CC1034" w:rsidRDefault="00000000" w:rsidP="00020CC6">
      <w:pPr>
        <w:pStyle w:val="Akapitzlist"/>
        <w:ind w:left="426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prowadzonych</w:t>
      </w:r>
      <w:proofErr w:type="spellEnd"/>
      <w:r w:rsidRPr="00CC1034">
        <w:rPr>
          <w:rFonts w:ascii="Times New Roman" w:hAnsi="Times New Roman" w:cs="Times New Roman"/>
        </w:rPr>
        <w:t xml:space="preserve"> w </w:t>
      </w:r>
      <w:proofErr w:type="spellStart"/>
      <w:r w:rsidRPr="00CC1034">
        <w:rPr>
          <w:rFonts w:ascii="Times New Roman" w:hAnsi="Times New Roman" w:cs="Times New Roman"/>
        </w:rPr>
        <w:t>formie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trybie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określonym</w:t>
      </w:r>
      <w:proofErr w:type="spellEnd"/>
      <w:r w:rsidRPr="00CC1034">
        <w:rPr>
          <w:rFonts w:ascii="Times New Roman" w:hAnsi="Times New Roman" w:cs="Times New Roman"/>
        </w:rPr>
        <w:t xml:space="preserve"> w </w:t>
      </w:r>
      <w:proofErr w:type="spellStart"/>
      <w:r w:rsidRPr="00CC1034">
        <w:rPr>
          <w:rFonts w:ascii="Times New Roman" w:hAnsi="Times New Roman" w:cs="Times New Roman"/>
        </w:rPr>
        <w:t>ofercie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r w:rsidR="00437F23" w:rsidRPr="00CC1034">
        <w:rPr>
          <w:rFonts w:ascii="Times New Roman" w:hAnsi="Times New Roman" w:cs="Times New Roman"/>
        </w:rPr>
        <w:t>WSEWS.</w:t>
      </w:r>
    </w:p>
    <w:p w14:paraId="335A3030" w14:textId="656CDB1B" w:rsidR="008D7623" w:rsidRPr="00CC1034" w:rsidRDefault="00020CC6" w:rsidP="00020CC6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2. Program </w:t>
      </w:r>
      <w:proofErr w:type="spellStart"/>
      <w:r w:rsidRPr="00CC1034">
        <w:rPr>
          <w:rFonts w:ascii="Times New Roman" w:hAnsi="Times New Roman" w:cs="Times New Roman"/>
        </w:rPr>
        <w:t>obejmuje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wszystkie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kierunki</w:t>
      </w:r>
      <w:proofErr w:type="spellEnd"/>
      <w:r w:rsidRPr="00CC1034">
        <w:rPr>
          <w:rFonts w:ascii="Times New Roman" w:hAnsi="Times New Roman" w:cs="Times New Roman"/>
        </w:rPr>
        <w:t xml:space="preserve"> z oferty dydaktycznej, o ile odrębne zasady rekrutacji nie stanowią inaczej.</w:t>
      </w:r>
    </w:p>
    <w:p w14:paraId="25F76E04" w14:textId="018F31EB" w:rsidR="008D7623" w:rsidRPr="00CC1034" w:rsidRDefault="00020CC6" w:rsidP="00020CC6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3. </w:t>
      </w:r>
      <w:proofErr w:type="spellStart"/>
      <w:r w:rsidRPr="00CC1034">
        <w:rPr>
          <w:rFonts w:ascii="Times New Roman" w:hAnsi="Times New Roman" w:cs="Times New Roman"/>
        </w:rPr>
        <w:t>Wnioskodawca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składa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oświadczenie</w:t>
      </w:r>
      <w:proofErr w:type="spellEnd"/>
      <w:r w:rsidRPr="00CC1034">
        <w:rPr>
          <w:rFonts w:ascii="Times New Roman" w:hAnsi="Times New Roman" w:cs="Times New Roman"/>
        </w:rPr>
        <w:t xml:space="preserve">, </w:t>
      </w:r>
      <w:proofErr w:type="spellStart"/>
      <w:r w:rsidRPr="00CC1034">
        <w:rPr>
          <w:rFonts w:ascii="Times New Roman" w:hAnsi="Times New Roman" w:cs="Times New Roman"/>
        </w:rPr>
        <w:t>że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aktualnie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pełni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funkcję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="00CC1034">
        <w:rPr>
          <w:rFonts w:ascii="Times New Roman" w:hAnsi="Times New Roman" w:cs="Times New Roman"/>
        </w:rPr>
        <w:t>/</w:t>
      </w:r>
      <w:proofErr w:type="spellStart"/>
      <w:r w:rsidR="00CC1034">
        <w:rPr>
          <w:rFonts w:ascii="Times New Roman" w:hAnsi="Times New Roman" w:cs="Times New Roman"/>
        </w:rPr>
        <w:t>sędziego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oficjalnych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zawodów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sportowych</w:t>
      </w:r>
      <w:proofErr w:type="spellEnd"/>
      <w:proofErr w:type="gramStart"/>
      <w:r w:rsidR="00CC1034">
        <w:rPr>
          <w:rFonts w:ascii="Times New Roman" w:hAnsi="Times New Roman" w:cs="Times New Roman"/>
        </w:rPr>
        <w:t xml:space="preserve">. </w:t>
      </w:r>
      <w:r w:rsidRPr="00CC1034">
        <w:rPr>
          <w:rFonts w:ascii="Times New Roman" w:hAnsi="Times New Roman" w:cs="Times New Roman"/>
        </w:rPr>
        <w:t>.</w:t>
      </w:r>
      <w:proofErr w:type="gramEnd"/>
    </w:p>
    <w:p w14:paraId="20445B5C" w14:textId="77777777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§4. Zakres wsparcia finansowego</w:t>
      </w:r>
    </w:p>
    <w:p w14:paraId="79718BF8" w14:textId="1CADA936" w:rsidR="008D7623" w:rsidRPr="00CC1034" w:rsidRDefault="00020CC6" w:rsidP="00020CC6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1.  </w:t>
      </w:r>
      <w:proofErr w:type="spellStart"/>
      <w:r w:rsidRPr="00CC1034">
        <w:rPr>
          <w:rFonts w:ascii="Times New Roman" w:hAnsi="Times New Roman" w:cs="Times New Roman"/>
        </w:rPr>
        <w:t>Posiadacz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437F23" w:rsidRPr="00CC1034">
        <w:rPr>
          <w:rFonts w:ascii="Times New Roman" w:hAnsi="Times New Roman" w:cs="Times New Roman"/>
        </w:rPr>
        <w:t>Złotego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Indeksu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otrzymuje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ulgę</w:t>
      </w:r>
      <w:proofErr w:type="spellEnd"/>
      <w:r w:rsidRPr="00CC1034">
        <w:rPr>
          <w:rFonts w:ascii="Times New Roman" w:hAnsi="Times New Roman" w:cs="Times New Roman"/>
        </w:rPr>
        <w:t xml:space="preserve"> w </w:t>
      </w:r>
      <w:proofErr w:type="spellStart"/>
      <w:r w:rsidRPr="00CC1034">
        <w:rPr>
          <w:rFonts w:ascii="Times New Roman" w:hAnsi="Times New Roman" w:cs="Times New Roman"/>
        </w:rPr>
        <w:t>czesnym</w:t>
      </w:r>
      <w:proofErr w:type="spellEnd"/>
      <w:r w:rsidRPr="00CC1034">
        <w:rPr>
          <w:rFonts w:ascii="Times New Roman" w:hAnsi="Times New Roman" w:cs="Times New Roman"/>
        </w:rPr>
        <w:t xml:space="preserve"> do 50% (</w:t>
      </w:r>
      <w:proofErr w:type="spellStart"/>
      <w:r w:rsidRPr="00CC1034">
        <w:rPr>
          <w:rFonts w:ascii="Times New Roman" w:hAnsi="Times New Roman" w:cs="Times New Roman"/>
        </w:rPr>
        <w:t>słownie</w:t>
      </w:r>
      <w:proofErr w:type="spellEnd"/>
      <w:r w:rsidRPr="00CC1034">
        <w:rPr>
          <w:rFonts w:ascii="Times New Roman" w:hAnsi="Times New Roman" w:cs="Times New Roman"/>
        </w:rPr>
        <w:t>: do pięćdziesięciu procent) za okres i na zasadach wskazanych w niniejszym Regulaminie oraz decyzji Komisji.</w:t>
      </w:r>
    </w:p>
    <w:p w14:paraId="1413A81A" w14:textId="1C53D012" w:rsidR="008D7623" w:rsidRPr="00CC1034" w:rsidRDefault="00020CC6" w:rsidP="00020CC6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2.  </w:t>
      </w:r>
      <w:proofErr w:type="spellStart"/>
      <w:r w:rsidRPr="00CC1034">
        <w:rPr>
          <w:rFonts w:ascii="Times New Roman" w:hAnsi="Times New Roman" w:cs="Times New Roman"/>
        </w:rPr>
        <w:t>Wysokość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ulgi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ustala</w:t>
      </w:r>
      <w:proofErr w:type="spellEnd"/>
      <w:r w:rsidRPr="00CC1034">
        <w:rPr>
          <w:rFonts w:ascii="Times New Roman" w:hAnsi="Times New Roman" w:cs="Times New Roman"/>
        </w:rPr>
        <w:t xml:space="preserve"> Komisja, </w:t>
      </w:r>
      <w:proofErr w:type="spellStart"/>
      <w:r w:rsidRPr="00CC1034">
        <w:rPr>
          <w:rFonts w:ascii="Times New Roman" w:hAnsi="Times New Roman" w:cs="Times New Roman"/>
        </w:rPr>
        <w:t>biorąc</w:t>
      </w:r>
      <w:proofErr w:type="spellEnd"/>
      <w:r w:rsidRPr="00CC1034">
        <w:rPr>
          <w:rFonts w:ascii="Times New Roman" w:hAnsi="Times New Roman" w:cs="Times New Roman"/>
        </w:rPr>
        <w:t xml:space="preserve"> pod </w:t>
      </w:r>
      <w:proofErr w:type="spellStart"/>
      <w:r w:rsidRPr="00CC1034">
        <w:rPr>
          <w:rFonts w:ascii="Times New Roman" w:hAnsi="Times New Roman" w:cs="Times New Roman"/>
        </w:rPr>
        <w:t>uwagę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rangę</w:t>
      </w:r>
      <w:proofErr w:type="spellEnd"/>
      <w:r w:rsidRPr="00CC1034">
        <w:rPr>
          <w:rFonts w:ascii="Times New Roman" w:hAnsi="Times New Roman" w:cs="Times New Roman"/>
        </w:rPr>
        <w:t xml:space="preserve"> osiągnięć, poziom rywalizacji oraz limit środków przewidzianych na program.</w:t>
      </w:r>
    </w:p>
    <w:p w14:paraId="51249C6D" w14:textId="6F343852" w:rsidR="008D7623" w:rsidRPr="00CC1034" w:rsidRDefault="00020CC6" w:rsidP="00020CC6">
      <w:pPr>
        <w:pStyle w:val="Listanumerowana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3.  </w:t>
      </w:r>
      <w:proofErr w:type="spellStart"/>
      <w:r w:rsidRPr="00CC1034">
        <w:rPr>
          <w:rFonts w:ascii="Times New Roman" w:hAnsi="Times New Roman" w:cs="Times New Roman"/>
        </w:rPr>
        <w:t>Pozostałe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opłaty</w:t>
      </w:r>
      <w:proofErr w:type="spellEnd"/>
      <w:r w:rsidRPr="00CC1034">
        <w:rPr>
          <w:rFonts w:ascii="Times New Roman" w:hAnsi="Times New Roman" w:cs="Times New Roman"/>
        </w:rPr>
        <w:t xml:space="preserve"> (</w:t>
      </w:r>
      <w:r w:rsidR="00036405" w:rsidRPr="00CC1034">
        <w:rPr>
          <w:rFonts w:ascii="Times New Roman" w:hAnsi="Times New Roman" w:cs="Times New Roman"/>
        </w:rPr>
        <w:t xml:space="preserve">w </w:t>
      </w:r>
      <w:proofErr w:type="spellStart"/>
      <w:r w:rsidR="00036405" w:rsidRPr="00CC1034">
        <w:rPr>
          <w:rFonts w:ascii="Times New Roman" w:hAnsi="Times New Roman" w:cs="Times New Roman"/>
        </w:rPr>
        <w:t>tym</w:t>
      </w:r>
      <w:proofErr w:type="spellEnd"/>
      <w:r w:rsidR="00036405" w:rsidRPr="00CC1034">
        <w:rPr>
          <w:rFonts w:ascii="Times New Roman" w:hAnsi="Times New Roman" w:cs="Times New Roman"/>
        </w:rPr>
        <w:t xml:space="preserve"> </w:t>
      </w:r>
      <w:proofErr w:type="spellStart"/>
      <w:r w:rsidR="00036405" w:rsidRPr="00CC1034">
        <w:rPr>
          <w:rFonts w:ascii="Times New Roman" w:hAnsi="Times New Roman" w:cs="Times New Roman"/>
        </w:rPr>
        <w:t>obozy</w:t>
      </w:r>
      <w:proofErr w:type="spellEnd"/>
      <w:r w:rsidR="00036405" w:rsidRPr="00CC1034">
        <w:rPr>
          <w:rFonts w:ascii="Times New Roman" w:hAnsi="Times New Roman" w:cs="Times New Roman"/>
        </w:rPr>
        <w:t xml:space="preserve"> </w:t>
      </w:r>
      <w:proofErr w:type="spellStart"/>
      <w:r w:rsidR="00036405" w:rsidRPr="00CC1034">
        <w:rPr>
          <w:rFonts w:ascii="Times New Roman" w:hAnsi="Times New Roman" w:cs="Times New Roman"/>
        </w:rPr>
        <w:t>programowe</w:t>
      </w:r>
      <w:proofErr w:type="spellEnd"/>
      <w:r w:rsidR="00036405" w:rsidRPr="00CC1034">
        <w:rPr>
          <w:rFonts w:ascii="Times New Roman" w:hAnsi="Times New Roman" w:cs="Times New Roman"/>
        </w:rPr>
        <w:t xml:space="preserve">, </w:t>
      </w:r>
      <w:proofErr w:type="spellStart"/>
      <w:r w:rsidR="00036405" w:rsidRPr="00CC1034">
        <w:rPr>
          <w:rFonts w:ascii="Times New Roman" w:hAnsi="Times New Roman" w:cs="Times New Roman"/>
        </w:rPr>
        <w:t>warsztaty</w:t>
      </w:r>
      <w:proofErr w:type="spellEnd"/>
      <w:r w:rsidR="00036405" w:rsidRPr="00CC1034">
        <w:rPr>
          <w:rFonts w:ascii="Times New Roman" w:hAnsi="Times New Roman" w:cs="Times New Roman"/>
        </w:rPr>
        <w:t xml:space="preserve"> </w:t>
      </w:r>
      <w:proofErr w:type="spellStart"/>
      <w:r w:rsidR="00036405" w:rsidRPr="00CC1034">
        <w:rPr>
          <w:rFonts w:ascii="Times New Roman" w:hAnsi="Times New Roman" w:cs="Times New Roman"/>
        </w:rPr>
        <w:t>wyjazdowe</w:t>
      </w:r>
      <w:proofErr w:type="spellEnd"/>
      <w:r w:rsidRPr="00CC1034">
        <w:rPr>
          <w:rFonts w:ascii="Times New Roman" w:hAnsi="Times New Roman" w:cs="Times New Roman"/>
        </w:rPr>
        <w:t xml:space="preserve">) </w:t>
      </w:r>
      <w:proofErr w:type="spellStart"/>
      <w:r w:rsidRPr="00CC1034">
        <w:rPr>
          <w:rFonts w:ascii="Times New Roman" w:hAnsi="Times New Roman" w:cs="Times New Roman"/>
        </w:rPr>
        <w:t>ponoszone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są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zgodnie</w:t>
      </w:r>
      <w:proofErr w:type="spellEnd"/>
      <w:r w:rsidRPr="00CC1034">
        <w:rPr>
          <w:rFonts w:ascii="Times New Roman" w:hAnsi="Times New Roman" w:cs="Times New Roman"/>
        </w:rPr>
        <w:t xml:space="preserve"> z Regulaminem Płatności Uczelni.</w:t>
      </w:r>
    </w:p>
    <w:p w14:paraId="0491D72B" w14:textId="14B934FE" w:rsidR="008D7623" w:rsidRPr="00CC1034" w:rsidRDefault="00020CC6" w:rsidP="00020CC6">
      <w:pPr>
        <w:pStyle w:val="Listanumerowana"/>
        <w:numPr>
          <w:ilvl w:val="0"/>
          <w:numId w:val="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lastRenderedPageBreak/>
        <w:t xml:space="preserve">4.  Ulga z </w:t>
      </w:r>
      <w:proofErr w:type="spellStart"/>
      <w:r w:rsidRPr="00CC1034">
        <w:rPr>
          <w:rFonts w:ascii="Times New Roman" w:hAnsi="Times New Roman" w:cs="Times New Roman"/>
        </w:rPr>
        <w:t>tytułu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437F23" w:rsidRPr="00CC1034">
        <w:rPr>
          <w:rFonts w:ascii="Times New Roman" w:hAnsi="Times New Roman" w:cs="Times New Roman"/>
        </w:rPr>
        <w:t>Złotego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Indeksu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łączy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się</w:t>
      </w:r>
      <w:proofErr w:type="spellEnd"/>
      <w:r w:rsidRPr="00CC1034">
        <w:rPr>
          <w:rFonts w:ascii="Times New Roman" w:hAnsi="Times New Roman" w:cs="Times New Roman"/>
        </w:rPr>
        <w:t xml:space="preserve"> z innymi ulgami w czesnym, chyba że odrębne przepisy uczelni stanowią inaczej; maksymalny łączny poziom ulgi wynosi 50% czesnego.</w:t>
      </w:r>
    </w:p>
    <w:p w14:paraId="69F850BB" w14:textId="77777777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§5. Terminy i tryb składania wniosków</w:t>
      </w:r>
    </w:p>
    <w:p w14:paraId="763DF40A" w14:textId="48FB5516" w:rsidR="008D7623" w:rsidRPr="00CC1034" w:rsidRDefault="00000000" w:rsidP="00020CC6">
      <w:pPr>
        <w:pStyle w:val="Listanumerowana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Nabór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wniosków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ogłaszany</w:t>
      </w:r>
      <w:proofErr w:type="spellEnd"/>
      <w:r w:rsidRPr="00CC1034">
        <w:rPr>
          <w:rFonts w:ascii="Times New Roman" w:hAnsi="Times New Roman" w:cs="Times New Roman"/>
        </w:rPr>
        <w:t xml:space="preserve"> jest co najmniej raz w </w:t>
      </w:r>
      <w:proofErr w:type="spellStart"/>
      <w:r w:rsidRPr="00CC1034">
        <w:rPr>
          <w:rFonts w:ascii="Times New Roman" w:hAnsi="Times New Roman" w:cs="Times New Roman"/>
        </w:rPr>
        <w:t>roku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akademickim</w:t>
      </w:r>
      <w:proofErr w:type="spellEnd"/>
      <w:r w:rsidRPr="00CC1034">
        <w:rPr>
          <w:rFonts w:ascii="Times New Roman" w:hAnsi="Times New Roman" w:cs="Times New Roman"/>
        </w:rPr>
        <w:t xml:space="preserve">; </w:t>
      </w:r>
      <w:proofErr w:type="spellStart"/>
      <w:r w:rsidRPr="00CC1034">
        <w:rPr>
          <w:rFonts w:ascii="Times New Roman" w:hAnsi="Times New Roman" w:cs="Times New Roman"/>
        </w:rPr>
        <w:t>szczegółowe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terminy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sposób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składania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publikowane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są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stronie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Uczelni</w:t>
      </w:r>
      <w:proofErr w:type="spellEnd"/>
      <w:r w:rsidRPr="00CC1034">
        <w:rPr>
          <w:rFonts w:ascii="Times New Roman" w:hAnsi="Times New Roman" w:cs="Times New Roman"/>
        </w:rPr>
        <w:t>.</w:t>
      </w:r>
    </w:p>
    <w:p w14:paraId="41C8293B" w14:textId="77777777" w:rsidR="008D7623" w:rsidRPr="00CC1034" w:rsidRDefault="00000000">
      <w:pPr>
        <w:pStyle w:val="Listanumerowana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Wniosek składa się elektronicznie za pośrednictwem systemu rekrutacyjnego lub w dziekanacie/wydziale wskazanym w ogłoszeniu.</w:t>
      </w:r>
    </w:p>
    <w:p w14:paraId="36E2912E" w14:textId="77777777" w:rsidR="008D7623" w:rsidRPr="00CC1034" w:rsidRDefault="00000000">
      <w:pPr>
        <w:pStyle w:val="Listanumerowana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Wnioski złożone po terminie lub niekompletne mogą zostać pozostawione bez rozpoznania.</w:t>
      </w:r>
    </w:p>
    <w:p w14:paraId="2CE855E6" w14:textId="77777777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§6. Wymagane dokumenty</w:t>
      </w:r>
    </w:p>
    <w:p w14:paraId="68341744" w14:textId="012D78D1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Kandydat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składa</w:t>
      </w:r>
      <w:proofErr w:type="spellEnd"/>
      <w:r w:rsidRPr="00CC1034">
        <w:rPr>
          <w:rFonts w:ascii="Times New Roman" w:hAnsi="Times New Roman" w:cs="Times New Roman"/>
        </w:rPr>
        <w:t>:</w:t>
      </w:r>
    </w:p>
    <w:p w14:paraId="316D8D2E" w14:textId="5ECC9391" w:rsidR="008D7623" w:rsidRPr="00CC1034" w:rsidRDefault="00437F23" w:rsidP="00020CC6">
      <w:pPr>
        <w:pStyle w:val="Listanumerowana2"/>
        <w:numPr>
          <w:ilvl w:val="0"/>
          <w:numId w:val="16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Wniosek - Karta o </w:t>
      </w:r>
      <w:proofErr w:type="spellStart"/>
      <w:r w:rsidRPr="00CC1034">
        <w:rPr>
          <w:rFonts w:ascii="Times New Roman" w:hAnsi="Times New Roman" w:cs="Times New Roman"/>
        </w:rPr>
        <w:t>przyznanie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Złotego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Indeksu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>,</w:t>
      </w:r>
    </w:p>
    <w:p w14:paraId="52CDF2C1" w14:textId="6D80368F" w:rsidR="008D7623" w:rsidRPr="00CC1034" w:rsidRDefault="00000000" w:rsidP="00CC1034">
      <w:pPr>
        <w:pStyle w:val="Listanumerowana2"/>
        <w:numPr>
          <w:ilvl w:val="0"/>
          <w:numId w:val="0"/>
        </w:numPr>
        <w:ind w:left="720" w:hanging="360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udokumentowany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wykaz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pełnienia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tej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funkcji</w:t>
      </w:r>
      <w:proofErr w:type="spellEnd"/>
      <w:r w:rsidR="00CC1034">
        <w:rPr>
          <w:rFonts w:ascii="Times New Roman" w:hAnsi="Times New Roman" w:cs="Times New Roman"/>
        </w:rPr>
        <w:t xml:space="preserve">, </w:t>
      </w:r>
      <w:proofErr w:type="spellStart"/>
      <w:r w:rsidR="00CC1034" w:rsidRPr="00CC1034">
        <w:rPr>
          <w:rFonts w:ascii="Times New Roman" w:hAnsi="Times New Roman" w:cs="Times New Roman"/>
        </w:rPr>
        <w:t>potwierdzenie</w:t>
      </w:r>
      <w:proofErr w:type="spellEnd"/>
      <w:r w:rsidR="00CC1034" w:rsidRPr="00CC1034">
        <w:rPr>
          <w:rFonts w:ascii="Times New Roman" w:hAnsi="Times New Roman" w:cs="Times New Roman"/>
        </w:rPr>
        <w:t xml:space="preserve"> </w:t>
      </w:r>
      <w:proofErr w:type="spellStart"/>
      <w:r w:rsidR="00CC1034" w:rsidRPr="00CC1034">
        <w:rPr>
          <w:rFonts w:ascii="Times New Roman" w:hAnsi="Times New Roman" w:cs="Times New Roman"/>
        </w:rPr>
        <w:t>przynależności</w:t>
      </w:r>
      <w:proofErr w:type="spellEnd"/>
      <w:r w:rsidR="00CC1034" w:rsidRPr="00CC1034">
        <w:rPr>
          <w:rFonts w:ascii="Times New Roman" w:hAnsi="Times New Roman" w:cs="Times New Roman"/>
        </w:rPr>
        <w:t xml:space="preserve"> do </w:t>
      </w:r>
      <w:proofErr w:type="spellStart"/>
      <w:r w:rsidR="00CC1034">
        <w:rPr>
          <w:rFonts w:ascii="Times New Roman" w:hAnsi="Times New Roman" w:cs="Times New Roman"/>
        </w:rPr>
        <w:t>grona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Kolegium</w:t>
      </w:r>
      <w:proofErr w:type="spellEnd"/>
      <w:r w:rsid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Sędziowskiego</w:t>
      </w:r>
      <w:proofErr w:type="spellEnd"/>
    </w:p>
    <w:p w14:paraId="4AE78A94" w14:textId="77777777" w:rsidR="008D7623" w:rsidRPr="00CC1034" w:rsidRDefault="00000000" w:rsidP="00020CC6">
      <w:pPr>
        <w:pStyle w:val="Listanumerowana2"/>
        <w:numPr>
          <w:ilvl w:val="0"/>
          <w:numId w:val="16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rekomendację właściwego polskiego związku sportowego (PZS) – w formie pisemnej na papierze firmowym PZS, z czytelnym podpisem Prezesa lub Sekretarza (dopuszcza się kwalifikowany podpis elektroniczny); rekomendacja powinna zawierać co najmniej: potwierdzenie statusu zawodnika, opis osiągnięć i okres współpracy, dane kontaktowe PZS, datę i miejscowość,</w:t>
      </w:r>
    </w:p>
    <w:p w14:paraId="2FBC2C61" w14:textId="77777777" w:rsidR="008D7623" w:rsidRPr="00CC1034" w:rsidRDefault="00000000" w:rsidP="00020CC6">
      <w:pPr>
        <w:pStyle w:val="Listanumerowana2"/>
        <w:numPr>
          <w:ilvl w:val="0"/>
          <w:numId w:val="16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kopie dokumentów potwierdzających osiągnięcia (dyplomy, komunikaty, certyfikaty, wyniki oficjalne),</w:t>
      </w:r>
    </w:p>
    <w:p w14:paraId="3D1AF487" w14:textId="72B7190A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Komisja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może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wezwać</w:t>
      </w:r>
      <w:proofErr w:type="spellEnd"/>
      <w:r w:rsidRPr="00CC1034">
        <w:rPr>
          <w:rFonts w:ascii="Times New Roman" w:hAnsi="Times New Roman" w:cs="Times New Roman"/>
        </w:rPr>
        <w:t xml:space="preserve"> do uzupełnienia lub weryfikacji dokumentów, w tym do potwierdzenia autentyczności rekomendacji w PZS.</w:t>
      </w:r>
    </w:p>
    <w:p w14:paraId="50DDDF28" w14:textId="2E223C79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</w:t>
      </w:r>
      <w:r w:rsidR="00CC1034">
        <w:rPr>
          <w:rFonts w:ascii="Times New Roman" w:hAnsi="Times New Roman" w:cs="Times New Roman"/>
        </w:rPr>
        <w:t>7</w:t>
      </w:r>
      <w:r w:rsidRPr="00CC1034">
        <w:rPr>
          <w:rFonts w:ascii="Times New Roman" w:hAnsi="Times New Roman" w:cs="Times New Roman"/>
        </w:rPr>
        <w:t>. Komisja i decyzja</w:t>
      </w:r>
    </w:p>
    <w:p w14:paraId="6AC6ED80" w14:textId="77B24E70" w:rsidR="008D7623" w:rsidRPr="00CC1034" w:rsidRDefault="00437F23" w:rsidP="00020CC6">
      <w:pPr>
        <w:pStyle w:val="Listanumerowana2"/>
        <w:numPr>
          <w:ilvl w:val="0"/>
          <w:numId w:val="17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W </w:t>
      </w:r>
      <w:proofErr w:type="spellStart"/>
      <w:r w:rsidRPr="00CC1034">
        <w:rPr>
          <w:rFonts w:ascii="Times New Roman" w:hAnsi="Times New Roman" w:cs="Times New Roman"/>
        </w:rPr>
        <w:t>skład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Komisji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mogą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wchodzić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przedstawiciele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władz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dziekańskich</w:t>
      </w:r>
      <w:proofErr w:type="spellEnd"/>
      <w:r w:rsidRPr="00CC1034">
        <w:rPr>
          <w:rFonts w:ascii="Times New Roman" w:hAnsi="Times New Roman" w:cs="Times New Roman"/>
        </w:rPr>
        <w:t xml:space="preserve">, </w:t>
      </w:r>
      <w:proofErr w:type="spellStart"/>
      <w:r w:rsidRPr="00CC1034">
        <w:rPr>
          <w:rFonts w:ascii="Times New Roman" w:hAnsi="Times New Roman" w:cs="Times New Roman"/>
        </w:rPr>
        <w:t>działu</w:t>
      </w:r>
      <w:proofErr w:type="spellEnd"/>
      <w:r w:rsidRPr="00CC1034">
        <w:rPr>
          <w:rFonts w:ascii="Times New Roman" w:hAnsi="Times New Roman" w:cs="Times New Roman"/>
        </w:rPr>
        <w:t xml:space="preserve"> rekrutacji, jednostek sportu/rekreacji oraz – fakultatywnie – eksperci zewnętrzni.</w:t>
      </w:r>
    </w:p>
    <w:p w14:paraId="6C923DE2" w14:textId="77777777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Komisja podejmuje decyzję w formie pisemnej (elektronicznej), wskazując: przyznanie/odmowę, procent ulgi, okres obowiązywania i warunki.</w:t>
      </w:r>
    </w:p>
    <w:p w14:paraId="415D0701" w14:textId="0D519586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Decyzja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może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uzależniać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utrzymanie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437F23" w:rsidRPr="00CC1034">
        <w:rPr>
          <w:rFonts w:ascii="Times New Roman" w:hAnsi="Times New Roman" w:cs="Times New Roman"/>
        </w:rPr>
        <w:t>Złotego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Indeksu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od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spełnienia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warunków</w:t>
      </w:r>
      <w:proofErr w:type="spellEnd"/>
      <w:r w:rsidRPr="00CC1034">
        <w:rPr>
          <w:rFonts w:ascii="Times New Roman" w:hAnsi="Times New Roman" w:cs="Times New Roman"/>
        </w:rPr>
        <w:t xml:space="preserve"> z §</w:t>
      </w:r>
      <w:r w:rsidR="00CC1034">
        <w:rPr>
          <w:rFonts w:ascii="Times New Roman" w:hAnsi="Times New Roman" w:cs="Times New Roman"/>
        </w:rPr>
        <w:t>8</w:t>
      </w:r>
      <w:r w:rsidRPr="00CC1034">
        <w:rPr>
          <w:rFonts w:ascii="Times New Roman" w:hAnsi="Times New Roman" w:cs="Times New Roman"/>
        </w:rPr>
        <w:t>.</w:t>
      </w:r>
    </w:p>
    <w:p w14:paraId="28E28D9A" w14:textId="4FD36630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</w:t>
      </w:r>
      <w:r w:rsidR="00CC1034">
        <w:rPr>
          <w:rFonts w:ascii="Times New Roman" w:hAnsi="Times New Roman" w:cs="Times New Roman"/>
        </w:rPr>
        <w:t>8</w:t>
      </w:r>
      <w:r w:rsidRPr="00CC1034">
        <w:rPr>
          <w:rFonts w:ascii="Times New Roman" w:hAnsi="Times New Roman" w:cs="Times New Roman"/>
        </w:rPr>
        <w:t>. Okres obowiązywania i warunki utrzymania</w:t>
      </w:r>
    </w:p>
    <w:p w14:paraId="165F176D" w14:textId="64FA8573" w:rsidR="008D7623" w:rsidRPr="00CC1034" w:rsidRDefault="003862F5" w:rsidP="00020CC6">
      <w:pPr>
        <w:pStyle w:val="Listanumerowana2"/>
        <w:numPr>
          <w:ilvl w:val="0"/>
          <w:numId w:val="18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Złoty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przyznawany</w:t>
      </w:r>
      <w:proofErr w:type="spellEnd"/>
      <w:r w:rsidRPr="00CC1034">
        <w:rPr>
          <w:rFonts w:ascii="Times New Roman" w:hAnsi="Times New Roman" w:cs="Times New Roman"/>
        </w:rPr>
        <w:t xml:space="preserve"> jest co do </w:t>
      </w:r>
      <w:proofErr w:type="spellStart"/>
      <w:r w:rsidRPr="00CC1034">
        <w:rPr>
          <w:rFonts w:ascii="Times New Roman" w:hAnsi="Times New Roman" w:cs="Times New Roman"/>
        </w:rPr>
        <w:t>zasady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jeden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rok</w:t>
      </w:r>
      <w:proofErr w:type="spellEnd"/>
      <w:r w:rsidRPr="00CC1034">
        <w:rPr>
          <w:rFonts w:ascii="Times New Roman" w:hAnsi="Times New Roman" w:cs="Times New Roman"/>
        </w:rPr>
        <w:t xml:space="preserve"> akademicki; może zostać przedłużony na kolejne lata na wniosek studenta i po pozytywnej ocenie spełniania warunków.</w:t>
      </w:r>
    </w:p>
    <w:p w14:paraId="59127934" w14:textId="77777777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Warunki utrzymania mogą obejmować:</w:t>
      </w:r>
    </w:p>
    <w:p w14:paraId="34C09A1B" w14:textId="77777777" w:rsidR="008D7623" w:rsidRPr="00CC1034" w:rsidRDefault="00000000" w:rsidP="007A2BC9">
      <w:pPr>
        <w:pStyle w:val="Listanumerowana2"/>
        <w:numPr>
          <w:ilvl w:val="0"/>
          <w:numId w:val="26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zaliczenie wszystkich przedmiotów w terminach regulaminowych,</w:t>
      </w:r>
    </w:p>
    <w:p w14:paraId="5BE4CBF5" w14:textId="19B77C17" w:rsidR="008D7623" w:rsidRPr="00CC1034" w:rsidRDefault="00000000" w:rsidP="007A2BC9">
      <w:pPr>
        <w:pStyle w:val="Listanumerowana2"/>
        <w:numPr>
          <w:ilvl w:val="0"/>
          <w:numId w:val="26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utrzymanie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średniej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ocen</w:t>
      </w:r>
      <w:proofErr w:type="spellEnd"/>
      <w:r w:rsidRPr="00CC1034">
        <w:rPr>
          <w:rFonts w:ascii="Times New Roman" w:hAnsi="Times New Roman" w:cs="Times New Roman"/>
        </w:rPr>
        <w:t xml:space="preserve"> co </w:t>
      </w:r>
      <w:proofErr w:type="spellStart"/>
      <w:r w:rsidRPr="00CC1034">
        <w:rPr>
          <w:rFonts w:ascii="Times New Roman" w:hAnsi="Times New Roman" w:cs="Times New Roman"/>
        </w:rPr>
        <w:t>najmniej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r w:rsidRPr="00CC1034">
        <w:rPr>
          <w:rFonts w:ascii="Times New Roman" w:hAnsi="Times New Roman" w:cs="Times New Roman"/>
        </w:rPr>
        <w:t>4,0,</w:t>
      </w:r>
    </w:p>
    <w:p w14:paraId="73716126" w14:textId="77777777" w:rsidR="008D7623" w:rsidRPr="00CC1034" w:rsidRDefault="00000000" w:rsidP="007A2BC9">
      <w:pPr>
        <w:pStyle w:val="Listanumerowana2"/>
        <w:numPr>
          <w:ilvl w:val="0"/>
          <w:numId w:val="26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brak zaległości płatniczych w części nieobjętej ulgą,</w:t>
      </w:r>
    </w:p>
    <w:p w14:paraId="5FA8E544" w14:textId="77777777" w:rsidR="008D7623" w:rsidRPr="00CC1034" w:rsidRDefault="00000000" w:rsidP="007A2BC9">
      <w:pPr>
        <w:pStyle w:val="Listanumerowana2"/>
        <w:numPr>
          <w:ilvl w:val="0"/>
          <w:numId w:val="26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przestrzeganie regulaminów uczelni,</w:t>
      </w:r>
    </w:p>
    <w:p w14:paraId="6D704249" w14:textId="77777777" w:rsidR="008D7623" w:rsidRPr="00CC1034" w:rsidRDefault="00000000" w:rsidP="007A2BC9">
      <w:pPr>
        <w:pStyle w:val="Listanumerowana2"/>
        <w:numPr>
          <w:ilvl w:val="0"/>
          <w:numId w:val="26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– jeśli wskazano w decyzji – udział w inicjatywach uczelni (np. działania promujące sport).</w:t>
      </w:r>
    </w:p>
    <w:p w14:paraId="06ABC988" w14:textId="5164FEA3" w:rsidR="008D7623" w:rsidRPr="00CC1034" w:rsidRDefault="00000000" w:rsidP="007A2BC9">
      <w:pPr>
        <w:pStyle w:val="Listanumerowana2"/>
        <w:numPr>
          <w:ilvl w:val="0"/>
          <w:numId w:val="26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Zmiana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formy</w:t>
      </w:r>
      <w:proofErr w:type="spellEnd"/>
      <w:r w:rsidRPr="00CC1034">
        <w:rPr>
          <w:rFonts w:ascii="Times New Roman" w:hAnsi="Times New Roman" w:cs="Times New Roman"/>
        </w:rPr>
        <w:t>/</w:t>
      </w:r>
      <w:proofErr w:type="spellStart"/>
      <w:r w:rsidRPr="00CC1034">
        <w:rPr>
          <w:rFonts w:ascii="Times New Roman" w:hAnsi="Times New Roman" w:cs="Times New Roman"/>
        </w:rPr>
        <w:t>trybu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studiów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nie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wpływa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ważność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437F23" w:rsidRPr="00CC1034">
        <w:rPr>
          <w:rFonts w:ascii="Times New Roman" w:hAnsi="Times New Roman" w:cs="Times New Roman"/>
        </w:rPr>
        <w:t>Złotego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Indeksu</w:t>
      </w:r>
      <w:proofErr w:type="spellEnd"/>
      <w:r w:rsidR="00437F23"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 xml:space="preserve">, </w:t>
      </w:r>
      <w:proofErr w:type="spellStart"/>
      <w:r w:rsidRPr="00CC1034">
        <w:rPr>
          <w:rFonts w:ascii="Times New Roman" w:hAnsi="Times New Roman" w:cs="Times New Roman"/>
        </w:rPr>
        <w:t>chyba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że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decyzja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stanowi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inaczej</w:t>
      </w:r>
      <w:proofErr w:type="spellEnd"/>
      <w:r w:rsidRPr="00CC1034">
        <w:rPr>
          <w:rFonts w:ascii="Times New Roman" w:hAnsi="Times New Roman" w:cs="Times New Roman"/>
        </w:rPr>
        <w:t>.</w:t>
      </w:r>
    </w:p>
    <w:p w14:paraId="075F262D" w14:textId="1BBEA45A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lastRenderedPageBreak/>
        <w:t>§</w:t>
      </w:r>
      <w:r w:rsidR="00CC1034">
        <w:rPr>
          <w:rFonts w:ascii="Times New Roman" w:hAnsi="Times New Roman" w:cs="Times New Roman"/>
        </w:rPr>
        <w:t>9</w:t>
      </w:r>
      <w:r w:rsidRPr="00CC1034">
        <w:rPr>
          <w:rFonts w:ascii="Times New Roman" w:hAnsi="Times New Roman" w:cs="Times New Roman"/>
        </w:rPr>
        <w:t>. Cofnięcie i utrata uprawnień</w:t>
      </w:r>
    </w:p>
    <w:p w14:paraId="68482F90" w14:textId="4BC04A05" w:rsidR="008D7623" w:rsidRPr="00CC1034" w:rsidRDefault="00437F23" w:rsidP="00020CC6">
      <w:pPr>
        <w:pStyle w:val="Listanumerowana2"/>
        <w:numPr>
          <w:ilvl w:val="0"/>
          <w:numId w:val="19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Złoty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="00CC1034">
        <w:rPr>
          <w:rFonts w:ascii="Times New Roman" w:hAnsi="Times New Roman" w:cs="Times New Roman"/>
        </w:rPr>
        <w:t>Arbitra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może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zostać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cofnięty</w:t>
      </w:r>
      <w:proofErr w:type="spellEnd"/>
      <w:r w:rsidRPr="00CC1034">
        <w:rPr>
          <w:rFonts w:ascii="Times New Roman" w:hAnsi="Times New Roman" w:cs="Times New Roman"/>
        </w:rPr>
        <w:t xml:space="preserve"> w </w:t>
      </w:r>
      <w:proofErr w:type="spellStart"/>
      <w:r w:rsidRPr="00CC1034">
        <w:rPr>
          <w:rFonts w:ascii="Times New Roman" w:hAnsi="Times New Roman" w:cs="Times New Roman"/>
        </w:rPr>
        <w:t>przypadku</w:t>
      </w:r>
      <w:proofErr w:type="spellEnd"/>
      <w:r w:rsidRPr="00CC1034">
        <w:rPr>
          <w:rFonts w:ascii="Times New Roman" w:hAnsi="Times New Roman" w:cs="Times New Roman"/>
        </w:rPr>
        <w:t>:</w:t>
      </w:r>
    </w:p>
    <w:p w14:paraId="34558F64" w14:textId="77777777" w:rsidR="008D7623" w:rsidRPr="00CC1034" w:rsidRDefault="00000000" w:rsidP="007A2BC9">
      <w:pPr>
        <w:pStyle w:val="Listanumerowana2"/>
        <w:numPr>
          <w:ilvl w:val="0"/>
          <w:numId w:val="25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podania nieprawdziwych danych lub przedłożenia sfałszowanych dokumentów,</w:t>
      </w:r>
    </w:p>
    <w:p w14:paraId="516AAE44" w14:textId="77777777" w:rsidR="008D7623" w:rsidRPr="00CC1034" w:rsidRDefault="00000000" w:rsidP="007A2BC9">
      <w:pPr>
        <w:pStyle w:val="Listanumerowana2"/>
        <w:numPr>
          <w:ilvl w:val="0"/>
          <w:numId w:val="25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rażącego naruszenia regulaminów uczelni,</w:t>
      </w:r>
    </w:p>
    <w:p w14:paraId="04AC56BA" w14:textId="23D8A992" w:rsidR="008D7623" w:rsidRPr="00CC1034" w:rsidRDefault="00000000" w:rsidP="007A2BC9">
      <w:pPr>
        <w:pStyle w:val="Listanumerowana2"/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powstania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zaległości</w:t>
      </w:r>
      <w:proofErr w:type="spellEnd"/>
      <w:r w:rsidRPr="00CC1034">
        <w:rPr>
          <w:rFonts w:ascii="Times New Roman" w:hAnsi="Times New Roman" w:cs="Times New Roman"/>
        </w:rPr>
        <w:t xml:space="preserve"> w </w:t>
      </w:r>
      <w:proofErr w:type="spellStart"/>
      <w:r w:rsidRPr="00CC1034">
        <w:rPr>
          <w:rFonts w:ascii="Times New Roman" w:hAnsi="Times New Roman" w:cs="Times New Roman"/>
        </w:rPr>
        <w:t>opłatach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nieobjętych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ulgą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przekraczających</w:t>
      </w:r>
      <w:proofErr w:type="spellEnd"/>
      <w:r w:rsidRPr="00CC1034">
        <w:rPr>
          <w:rFonts w:ascii="Times New Roman" w:hAnsi="Times New Roman" w:cs="Times New Roman"/>
        </w:rPr>
        <w:t xml:space="preserve"> 30 </w:t>
      </w:r>
      <w:proofErr w:type="spellStart"/>
      <w:r w:rsidRPr="00CC1034">
        <w:rPr>
          <w:rFonts w:ascii="Times New Roman" w:hAnsi="Times New Roman" w:cs="Times New Roman"/>
        </w:rPr>
        <w:t>dni</w:t>
      </w:r>
      <w:proofErr w:type="spellEnd"/>
      <w:r w:rsidRPr="00CC1034">
        <w:rPr>
          <w:rFonts w:ascii="Times New Roman" w:hAnsi="Times New Roman" w:cs="Times New Roman"/>
        </w:rPr>
        <w:t>,</w:t>
      </w:r>
    </w:p>
    <w:p w14:paraId="6287BFE3" w14:textId="77777777" w:rsidR="008D7623" w:rsidRPr="00CC1034" w:rsidRDefault="00000000" w:rsidP="007A2BC9">
      <w:pPr>
        <w:pStyle w:val="Listanumerowana2"/>
        <w:numPr>
          <w:ilvl w:val="0"/>
          <w:numId w:val="25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skreślenia z listy studentów.</w:t>
      </w:r>
    </w:p>
    <w:p w14:paraId="0CD948A6" w14:textId="77777777" w:rsidR="008D7623" w:rsidRPr="00CC1034" w:rsidRDefault="00000000" w:rsidP="007A2BC9">
      <w:pPr>
        <w:pStyle w:val="Listanumerowana2"/>
        <w:numPr>
          <w:ilvl w:val="0"/>
          <w:numId w:val="25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Cofnięcie skutkuje utratą ulgi od następnego okresu rozliczeniowego; nadpłaty/niedopłaty rozlicza się zgodnie z Regulaminem Płatności Uczelni.</w:t>
      </w:r>
    </w:p>
    <w:p w14:paraId="06C4D256" w14:textId="39B34695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§1</w:t>
      </w:r>
      <w:r w:rsidR="00CC1034">
        <w:rPr>
          <w:rFonts w:ascii="Times New Roman" w:hAnsi="Times New Roman" w:cs="Times New Roman"/>
        </w:rPr>
        <w:t>0</w:t>
      </w:r>
      <w:r w:rsidRPr="00CC1034">
        <w:rPr>
          <w:rFonts w:ascii="Times New Roman" w:hAnsi="Times New Roman" w:cs="Times New Roman"/>
        </w:rPr>
        <w:t>. Tryb odwoławczy</w:t>
      </w:r>
    </w:p>
    <w:p w14:paraId="47C5F267" w14:textId="7177D893" w:rsidR="008D7623" w:rsidRPr="00CC1034" w:rsidRDefault="00000000" w:rsidP="00020CC6">
      <w:pPr>
        <w:pStyle w:val="Listanumerowana2"/>
        <w:numPr>
          <w:ilvl w:val="0"/>
          <w:numId w:val="20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Od </w:t>
      </w:r>
      <w:proofErr w:type="spellStart"/>
      <w:r w:rsidRPr="00CC1034">
        <w:rPr>
          <w:rFonts w:ascii="Times New Roman" w:hAnsi="Times New Roman" w:cs="Times New Roman"/>
        </w:rPr>
        <w:t>decyzji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Komisji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przysługuje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odwołanie</w:t>
      </w:r>
      <w:proofErr w:type="spellEnd"/>
      <w:r w:rsidRPr="00CC1034">
        <w:rPr>
          <w:rFonts w:ascii="Times New Roman" w:hAnsi="Times New Roman" w:cs="Times New Roman"/>
        </w:rPr>
        <w:t xml:space="preserve"> do Rektora (lub organu wskazanego w ogłoszeniu) w terminie 14 dni od doręczenia decyzji.</w:t>
      </w:r>
    </w:p>
    <w:p w14:paraId="0FF125FF" w14:textId="77777777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Odwołanie powinno zawierać uzasadnienie i ewentualne nowe dowody.</w:t>
      </w:r>
    </w:p>
    <w:p w14:paraId="314B738A" w14:textId="0EA7B258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§1</w:t>
      </w:r>
      <w:r w:rsidR="00CC1034">
        <w:rPr>
          <w:rFonts w:ascii="Times New Roman" w:hAnsi="Times New Roman" w:cs="Times New Roman"/>
        </w:rPr>
        <w:t>1</w:t>
      </w:r>
      <w:r w:rsidRPr="00CC1034">
        <w:rPr>
          <w:rFonts w:ascii="Times New Roman" w:hAnsi="Times New Roman" w:cs="Times New Roman"/>
        </w:rPr>
        <w:t>. Finansowanie i limity</w:t>
      </w:r>
    </w:p>
    <w:p w14:paraId="369C4F0C" w14:textId="48C57D31" w:rsidR="008D7623" w:rsidRPr="00CC1034" w:rsidRDefault="00000000" w:rsidP="00020CC6">
      <w:pPr>
        <w:pStyle w:val="Listanumerowana2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Liczba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przyznanych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Indeksów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</w:t>
      </w:r>
      <w:proofErr w:type="spellEnd"/>
      <w:r w:rsidRPr="00CC1034">
        <w:rPr>
          <w:rFonts w:ascii="Times New Roman" w:hAnsi="Times New Roman" w:cs="Times New Roman"/>
        </w:rPr>
        <w:t xml:space="preserve"> łączna pula środków mogą być corocznie limitowane.</w:t>
      </w:r>
    </w:p>
    <w:p w14:paraId="25915800" w14:textId="77777777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Uczelnia zastrzega sobie prawo do nieprzyznania Indeksu w danym naborze, jeżeli żaden z wniosków nie spełni kryteriów.</w:t>
      </w:r>
    </w:p>
    <w:p w14:paraId="53E9CD44" w14:textId="687D2965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§1</w:t>
      </w:r>
      <w:r w:rsidR="00CC1034">
        <w:rPr>
          <w:rFonts w:ascii="Times New Roman" w:hAnsi="Times New Roman" w:cs="Times New Roman"/>
        </w:rPr>
        <w:t>2</w:t>
      </w:r>
      <w:r w:rsidRPr="00CC1034">
        <w:rPr>
          <w:rFonts w:ascii="Times New Roman" w:hAnsi="Times New Roman" w:cs="Times New Roman"/>
        </w:rPr>
        <w:t>. Ochrona danych osobowych</w:t>
      </w:r>
    </w:p>
    <w:p w14:paraId="4B749EAA" w14:textId="335F1C7F" w:rsidR="008D7623" w:rsidRPr="00CC1034" w:rsidRDefault="00000000" w:rsidP="00020CC6">
      <w:pPr>
        <w:pStyle w:val="Listanumerowana2"/>
        <w:numPr>
          <w:ilvl w:val="0"/>
          <w:numId w:val="22"/>
        </w:numPr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Administratorem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danych</w:t>
      </w:r>
      <w:proofErr w:type="spellEnd"/>
      <w:r w:rsidRPr="00CC1034">
        <w:rPr>
          <w:rFonts w:ascii="Times New Roman" w:hAnsi="Times New Roman" w:cs="Times New Roman"/>
        </w:rPr>
        <w:t xml:space="preserve"> jest </w:t>
      </w:r>
      <w:r w:rsidR="00437F23" w:rsidRPr="00CC1034">
        <w:rPr>
          <w:rFonts w:ascii="Times New Roman" w:hAnsi="Times New Roman" w:cs="Times New Roman"/>
        </w:rPr>
        <w:t>WSEWS</w:t>
      </w:r>
      <w:r w:rsidRPr="00CC1034">
        <w:rPr>
          <w:rFonts w:ascii="Times New Roman" w:hAnsi="Times New Roman" w:cs="Times New Roman"/>
        </w:rPr>
        <w:t>. Dane przetwarzane są w celu realizacji programu Indeksu, na podstawie zgody oraz prawnie uzasadnionego interesu administratora.</w:t>
      </w:r>
    </w:p>
    <w:p w14:paraId="53F7CE5A" w14:textId="7849A8D4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Kandydat</w:t>
      </w:r>
      <w:proofErr w:type="spellEnd"/>
      <w:r w:rsidRPr="00CC1034">
        <w:rPr>
          <w:rFonts w:ascii="Times New Roman" w:hAnsi="Times New Roman" w:cs="Times New Roman"/>
        </w:rPr>
        <w:t xml:space="preserve"> ma </w:t>
      </w:r>
      <w:proofErr w:type="spellStart"/>
      <w:r w:rsidRPr="00CC1034">
        <w:rPr>
          <w:rFonts w:ascii="Times New Roman" w:hAnsi="Times New Roman" w:cs="Times New Roman"/>
        </w:rPr>
        <w:t>prawo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dostępu</w:t>
      </w:r>
      <w:proofErr w:type="spellEnd"/>
      <w:r w:rsidRPr="00CC1034">
        <w:rPr>
          <w:rFonts w:ascii="Times New Roman" w:hAnsi="Times New Roman" w:cs="Times New Roman"/>
        </w:rPr>
        <w:t xml:space="preserve"> do </w:t>
      </w:r>
      <w:proofErr w:type="spellStart"/>
      <w:r w:rsidRPr="00CC1034">
        <w:rPr>
          <w:rFonts w:ascii="Times New Roman" w:hAnsi="Times New Roman" w:cs="Times New Roman"/>
        </w:rPr>
        <w:t>danych</w:t>
      </w:r>
      <w:proofErr w:type="spellEnd"/>
      <w:r w:rsidRPr="00CC1034">
        <w:rPr>
          <w:rFonts w:ascii="Times New Roman" w:hAnsi="Times New Roman" w:cs="Times New Roman"/>
        </w:rPr>
        <w:t xml:space="preserve">, ich </w:t>
      </w:r>
      <w:proofErr w:type="spellStart"/>
      <w:r w:rsidRPr="00CC1034">
        <w:rPr>
          <w:rFonts w:ascii="Times New Roman" w:hAnsi="Times New Roman" w:cs="Times New Roman"/>
        </w:rPr>
        <w:t>sprostowania</w:t>
      </w:r>
      <w:proofErr w:type="spellEnd"/>
      <w:r w:rsidRPr="00CC1034">
        <w:rPr>
          <w:rFonts w:ascii="Times New Roman" w:hAnsi="Times New Roman" w:cs="Times New Roman"/>
        </w:rPr>
        <w:t xml:space="preserve">, </w:t>
      </w:r>
      <w:proofErr w:type="spellStart"/>
      <w:r w:rsidRPr="00CC1034">
        <w:rPr>
          <w:rFonts w:ascii="Times New Roman" w:hAnsi="Times New Roman" w:cs="Times New Roman"/>
        </w:rPr>
        <w:t>ograniczenia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przetwarzania</w:t>
      </w:r>
      <w:proofErr w:type="spellEnd"/>
      <w:r w:rsidRPr="00CC1034">
        <w:rPr>
          <w:rFonts w:ascii="Times New Roman" w:hAnsi="Times New Roman" w:cs="Times New Roman"/>
        </w:rPr>
        <w:t xml:space="preserve">, </w:t>
      </w:r>
      <w:proofErr w:type="spellStart"/>
      <w:r w:rsidRPr="00CC1034">
        <w:rPr>
          <w:rFonts w:ascii="Times New Roman" w:hAnsi="Times New Roman" w:cs="Times New Roman"/>
        </w:rPr>
        <w:t>wniesienia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sprzeciwu</w:t>
      </w:r>
      <w:proofErr w:type="spellEnd"/>
      <w:r w:rsidRPr="00CC1034">
        <w:rPr>
          <w:rFonts w:ascii="Times New Roman" w:hAnsi="Times New Roman" w:cs="Times New Roman"/>
        </w:rPr>
        <w:t>.</w:t>
      </w:r>
    </w:p>
    <w:p w14:paraId="64B4306E" w14:textId="77777777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Podanie danych jest dobrowolne, lecz niezbędne do udziału w programie.</w:t>
      </w:r>
    </w:p>
    <w:p w14:paraId="6FB2CEB7" w14:textId="2865803B" w:rsidR="008D7623" w:rsidRPr="00CC1034" w:rsidRDefault="00000000">
      <w:pPr>
        <w:pStyle w:val="Nagwek1"/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>§1</w:t>
      </w:r>
      <w:r w:rsidR="00CC1034">
        <w:rPr>
          <w:rFonts w:ascii="Times New Roman" w:hAnsi="Times New Roman" w:cs="Times New Roman"/>
        </w:rPr>
        <w:t>3</w:t>
      </w:r>
      <w:r w:rsidRPr="00CC1034">
        <w:rPr>
          <w:rFonts w:ascii="Times New Roman" w:hAnsi="Times New Roman" w:cs="Times New Roman"/>
        </w:rPr>
        <w:t>. Postanowienia końcowe</w:t>
      </w:r>
    </w:p>
    <w:p w14:paraId="39B12BC1" w14:textId="3A5ADF74" w:rsidR="008D7623" w:rsidRPr="00CC1034" w:rsidRDefault="00000000" w:rsidP="00020CC6">
      <w:pPr>
        <w:pStyle w:val="Listanumerowana2"/>
        <w:numPr>
          <w:ilvl w:val="0"/>
          <w:numId w:val="23"/>
        </w:numPr>
        <w:rPr>
          <w:rFonts w:ascii="Times New Roman" w:hAnsi="Times New Roman" w:cs="Times New Roman"/>
        </w:rPr>
      </w:pPr>
      <w:r w:rsidRPr="00CC1034">
        <w:rPr>
          <w:rFonts w:ascii="Times New Roman" w:hAnsi="Times New Roman" w:cs="Times New Roman"/>
        </w:rPr>
        <w:t xml:space="preserve">W </w:t>
      </w:r>
      <w:proofErr w:type="spellStart"/>
      <w:r w:rsidRPr="00CC1034">
        <w:rPr>
          <w:rFonts w:ascii="Times New Roman" w:hAnsi="Times New Roman" w:cs="Times New Roman"/>
        </w:rPr>
        <w:t>sprawach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nieuregulowanych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stosuje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się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przepisy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wewnętrzne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r w:rsidR="00C276E8" w:rsidRPr="00CC1034">
        <w:rPr>
          <w:rFonts w:ascii="Times New Roman" w:hAnsi="Times New Roman" w:cs="Times New Roman"/>
        </w:rPr>
        <w:t>WSEWS</w:t>
      </w:r>
      <w:r w:rsidRPr="00CC1034">
        <w:rPr>
          <w:rFonts w:ascii="Times New Roman" w:hAnsi="Times New Roman" w:cs="Times New Roman"/>
        </w:rPr>
        <w:t xml:space="preserve">, w </w:t>
      </w:r>
      <w:proofErr w:type="spellStart"/>
      <w:r w:rsidRPr="00CC1034">
        <w:rPr>
          <w:rFonts w:ascii="Times New Roman" w:hAnsi="Times New Roman" w:cs="Times New Roman"/>
        </w:rPr>
        <w:t>tym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Regulamin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Płatności</w:t>
      </w:r>
      <w:proofErr w:type="spellEnd"/>
      <w:r w:rsidRPr="00CC1034">
        <w:rPr>
          <w:rFonts w:ascii="Times New Roman" w:hAnsi="Times New Roman" w:cs="Times New Roman"/>
        </w:rPr>
        <w:t xml:space="preserve"> Uczelni, oraz powszechnie obowiązujące przepisy prawa.</w:t>
      </w:r>
    </w:p>
    <w:p w14:paraId="5CE86CE5" w14:textId="569344B7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Regulamin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wchodzi</w:t>
      </w:r>
      <w:proofErr w:type="spellEnd"/>
      <w:r w:rsidRPr="00CC1034">
        <w:rPr>
          <w:rFonts w:ascii="Times New Roman" w:hAnsi="Times New Roman" w:cs="Times New Roman"/>
        </w:rPr>
        <w:t xml:space="preserve"> w </w:t>
      </w:r>
      <w:proofErr w:type="spellStart"/>
      <w:r w:rsidRPr="00CC1034">
        <w:rPr>
          <w:rFonts w:ascii="Times New Roman" w:hAnsi="Times New Roman" w:cs="Times New Roman"/>
        </w:rPr>
        <w:t>życie</w:t>
      </w:r>
      <w:proofErr w:type="spellEnd"/>
      <w:r w:rsidRPr="00CC1034">
        <w:rPr>
          <w:rFonts w:ascii="Times New Roman" w:hAnsi="Times New Roman" w:cs="Times New Roman"/>
        </w:rPr>
        <w:t xml:space="preserve"> z </w:t>
      </w:r>
      <w:proofErr w:type="spellStart"/>
      <w:r w:rsidRPr="00CC1034">
        <w:rPr>
          <w:rFonts w:ascii="Times New Roman" w:hAnsi="Times New Roman" w:cs="Times New Roman"/>
        </w:rPr>
        <w:t>dniem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r w:rsidR="00C276E8" w:rsidRPr="00CC1034">
        <w:rPr>
          <w:rFonts w:ascii="Times New Roman" w:hAnsi="Times New Roman" w:cs="Times New Roman"/>
        </w:rPr>
        <w:t xml:space="preserve">1 </w:t>
      </w:r>
      <w:proofErr w:type="spellStart"/>
      <w:r w:rsidR="00C276E8" w:rsidRPr="00CC1034">
        <w:rPr>
          <w:rFonts w:ascii="Times New Roman" w:hAnsi="Times New Roman" w:cs="Times New Roman"/>
        </w:rPr>
        <w:t>sierpnia</w:t>
      </w:r>
      <w:proofErr w:type="spellEnd"/>
      <w:r w:rsidR="00C276E8" w:rsidRPr="00CC1034">
        <w:rPr>
          <w:rFonts w:ascii="Times New Roman" w:hAnsi="Times New Roman" w:cs="Times New Roman"/>
        </w:rPr>
        <w:t xml:space="preserve"> 2025</w:t>
      </w:r>
      <w:r w:rsidR="00036405" w:rsidRPr="00CC1034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="00036405" w:rsidRPr="00CC1034">
        <w:rPr>
          <w:rFonts w:ascii="Times New Roman" w:hAnsi="Times New Roman" w:cs="Times New Roman"/>
        </w:rPr>
        <w:t>aktualizacja</w:t>
      </w:r>
      <w:proofErr w:type="spellEnd"/>
      <w:r w:rsidR="00036405" w:rsidRPr="00CC1034">
        <w:rPr>
          <w:rFonts w:ascii="Times New Roman" w:hAnsi="Times New Roman" w:cs="Times New Roman"/>
        </w:rPr>
        <w:t xml:space="preserve">) </w:t>
      </w:r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i</w:t>
      </w:r>
      <w:proofErr w:type="spellEnd"/>
      <w:proofErr w:type="gramEnd"/>
      <w:r w:rsidRPr="00CC1034">
        <w:rPr>
          <w:rFonts w:ascii="Times New Roman" w:hAnsi="Times New Roman" w:cs="Times New Roman"/>
        </w:rPr>
        <w:t xml:space="preserve"> ma </w:t>
      </w:r>
      <w:proofErr w:type="spellStart"/>
      <w:r w:rsidRPr="00CC1034">
        <w:rPr>
          <w:rFonts w:ascii="Times New Roman" w:hAnsi="Times New Roman" w:cs="Times New Roman"/>
        </w:rPr>
        <w:t>zastosowanie</w:t>
      </w:r>
      <w:proofErr w:type="spellEnd"/>
      <w:r w:rsidRPr="00CC1034">
        <w:rPr>
          <w:rFonts w:ascii="Times New Roman" w:hAnsi="Times New Roman" w:cs="Times New Roman"/>
        </w:rPr>
        <w:t xml:space="preserve"> do </w:t>
      </w:r>
      <w:proofErr w:type="spellStart"/>
      <w:r w:rsidRPr="00CC1034">
        <w:rPr>
          <w:rFonts w:ascii="Times New Roman" w:hAnsi="Times New Roman" w:cs="Times New Roman"/>
        </w:rPr>
        <w:t>naborów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ogłaszanych</w:t>
      </w:r>
      <w:proofErr w:type="spellEnd"/>
      <w:r w:rsidRPr="00CC1034">
        <w:rPr>
          <w:rFonts w:ascii="Times New Roman" w:hAnsi="Times New Roman" w:cs="Times New Roman"/>
        </w:rPr>
        <w:t xml:space="preserve"> po </w:t>
      </w:r>
      <w:proofErr w:type="spellStart"/>
      <w:r w:rsidRPr="00CC1034">
        <w:rPr>
          <w:rFonts w:ascii="Times New Roman" w:hAnsi="Times New Roman" w:cs="Times New Roman"/>
        </w:rPr>
        <w:t>tej</w:t>
      </w:r>
      <w:proofErr w:type="spellEnd"/>
      <w:r w:rsidRPr="00CC1034">
        <w:rPr>
          <w:rFonts w:ascii="Times New Roman" w:hAnsi="Times New Roman" w:cs="Times New Roman"/>
        </w:rPr>
        <w:t xml:space="preserve"> dacie.</w:t>
      </w:r>
    </w:p>
    <w:p w14:paraId="5BA6689A" w14:textId="24DA2C97" w:rsidR="008D7623" w:rsidRPr="00CC1034" w:rsidRDefault="00000000" w:rsidP="00020CC6">
      <w:pPr>
        <w:pStyle w:val="Listanumerowana2"/>
        <w:rPr>
          <w:rFonts w:ascii="Times New Roman" w:hAnsi="Times New Roman" w:cs="Times New Roman"/>
        </w:rPr>
      </w:pPr>
      <w:proofErr w:type="spellStart"/>
      <w:r w:rsidRPr="00CC1034">
        <w:rPr>
          <w:rFonts w:ascii="Times New Roman" w:hAnsi="Times New Roman" w:cs="Times New Roman"/>
        </w:rPr>
        <w:t>Regulamin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może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być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aktualizowany</w:t>
      </w:r>
      <w:proofErr w:type="spellEnd"/>
      <w:r w:rsidRPr="00CC1034">
        <w:rPr>
          <w:rFonts w:ascii="Times New Roman" w:hAnsi="Times New Roman" w:cs="Times New Roman"/>
        </w:rPr>
        <w:t xml:space="preserve">; </w:t>
      </w:r>
      <w:proofErr w:type="spellStart"/>
      <w:r w:rsidRPr="00CC1034">
        <w:rPr>
          <w:rFonts w:ascii="Times New Roman" w:hAnsi="Times New Roman" w:cs="Times New Roman"/>
        </w:rPr>
        <w:t>zmiany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publikowane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są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na</w:t>
      </w:r>
      <w:proofErr w:type="spellEnd"/>
      <w:r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stronie</w:t>
      </w:r>
      <w:proofErr w:type="spellEnd"/>
      <w:r w:rsidR="00C276E8" w:rsidRPr="00CC1034">
        <w:rPr>
          <w:rFonts w:ascii="Times New Roman" w:hAnsi="Times New Roman" w:cs="Times New Roman"/>
        </w:rPr>
        <w:t xml:space="preserve"> </w:t>
      </w:r>
      <w:proofErr w:type="spellStart"/>
      <w:r w:rsidRPr="00CC1034">
        <w:rPr>
          <w:rFonts w:ascii="Times New Roman" w:hAnsi="Times New Roman" w:cs="Times New Roman"/>
        </w:rPr>
        <w:t>Uczelni</w:t>
      </w:r>
      <w:proofErr w:type="spellEnd"/>
      <w:r w:rsidRPr="00CC1034">
        <w:rPr>
          <w:rFonts w:ascii="Times New Roman" w:hAnsi="Times New Roman" w:cs="Times New Roman"/>
        </w:rPr>
        <w:t>.</w:t>
      </w:r>
    </w:p>
    <w:p w14:paraId="1A07CCDD" w14:textId="77777777" w:rsidR="008D7623" w:rsidRDefault="00000000">
      <w:r>
        <w:br w:type="page"/>
      </w:r>
    </w:p>
    <w:p w14:paraId="384B09DC" w14:textId="27FB7787" w:rsidR="008D7623" w:rsidRDefault="00000000">
      <w:pPr>
        <w:pStyle w:val="Nagwek1"/>
      </w:pPr>
      <w:proofErr w:type="spellStart"/>
      <w:r>
        <w:lastRenderedPageBreak/>
        <w:t>Załącznik</w:t>
      </w:r>
      <w:proofErr w:type="spellEnd"/>
      <w:r>
        <w:t xml:space="preserve"> nr 1: </w:t>
      </w:r>
      <w:proofErr w:type="spellStart"/>
      <w:r>
        <w:t>Minimalny</w:t>
      </w:r>
      <w:proofErr w:type="spellEnd"/>
      <w:r>
        <w:t xml:space="preserve">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rekomendacji</w:t>
      </w:r>
      <w:proofErr w:type="spellEnd"/>
      <w:r>
        <w:t xml:space="preserve"> </w:t>
      </w:r>
      <w:proofErr w:type="spellStart"/>
      <w:r>
        <w:t>P</w:t>
      </w:r>
      <w:r w:rsidR="003862F5">
        <w:t>olskiego</w:t>
      </w:r>
      <w:proofErr w:type="spellEnd"/>
      <w:r w:rsidR="003862F5">
        <w:t xml:space="preserve"> </w:t>
      </w:r>
      <w:proofErr w:type="spellStart"/>
      <w:r>
        <w:t>Z</w:t>
      </w:r>
      <w:r w:rsidR="003862F5">
        <w:t>wiązku</w:t>
      </w:r>
      <w:proofErr w:type="spellEnd"/>
      <w:r w:rsidR="003862F5">
        <w:t xml:space="preserve"> </w:t>
      </w:r>
      <w:proofErr w:type="spellStart"/>
      <w:r>
        <w:t>S</w:t>
      </w:r>
      <w:r w:rsidR="003862F5">
        <w:t>portowego</w:t>
      </w:r>
      <w:proofErr w:type="spellEnd"/>
      <w:r>
        <w:t xml:space="preserve"> (</w:t>
      </w:r>
      <w:proofErr w:type="spellStart"/>
      <w:r>
        <w:t>wzór</w:t>
      </w:r>
      <w:proofErr w:type="spellEnd"/>
      <w:r>
        <w:t>)</w:t>
      </w:r>
    </w:p>
    <w:p w14:paraId="31C61304" w14:textId="77777777" w:rsidR="008D7623" w:rsidRDefault="00000000">
      <w:r>
        <w:rPr>
          <w:b/>
        </w:rPr>
        <w:t>Papier firmowy PZS</w:t>
      </w:r>
    </w:p>
    <w:p w14:paraId="16D44EFB" w14:textId="77777777" w:rsidR="008D7623" w:rsidRDefault="00000000">
      <w:r>
        <w:t>Miejscowość, data</w:t>
      </w:r>
    </w:p>
    <w:p w14:paraId="69E6B472" w14:textId="77777777" w:rsidR="008D7623" w:rsidRDefault="00000000">
      <w:r>
        <w:t>Adresat: [Nazwa Uczelni]</w:t>
      </w:r>
    </w:p>
    <w:p w14:paraId="52A55B45" w14:textId="6BDEB5A7" w:rsidR="008D7623" w:rsidRDefault="00000000">
      <w:r>
        <w:rPr>
          <w:b/>
        </w:rPr>
        <w:t>Dotyczy: Rekomendacja kandydata do „</w:t>
      </w:r>
      <w:proofErr w:type="spellStart"/>
      <w:r>
        <w:rPr>
          <w:b/>
        </w:rPr>
        <w:t>Złotego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Indeksu</w:t>
      </w:r>
      <w:proofErr w:type="spellEnd"/>
      <w:r>
        <w:rPr>
          <w:b/>
        </w:rPr>
        <w:t xml:space="preserve"> </w:t>
      </w:r>
      <w:proofErr w:type="spellStart"/>
      <w:r w:rsidR="00CC1034">
        <w:rPr>
          <w:b/>
        </w:rPr>
        <w:t>Arbitra</w:t>
      </w:r>
      <w:proofErr w:type="spellEnd"/>
      <w:r>
        <w:rPr>
          <w:b/>
        </w:rPr>
        <w:t>” – [</w:t>
      </w:r>
      <w:proofErr w:type="spellStart"/>
      <w:r>
        <w:rPr>
          <w:b/>
        </w:rPr>
        <w:t>Imię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nazwisko]</w:t>
      </w:r>
    </w:p>
    <w:p w14:paraId="2CAB4873" w14:textId="2800F5CC" w:rsidR="008D7623" w:rsidRDefault="00000000">
      <w:r>
        <w:t xml:space="preserve">Oświadczam, że [Imię i nazwisko], </w:t>
      </w:r>
      <w:r w:rsidR="00CC1034">
        <w:t>arbiter/</w:t>
      </w:r>
      <w:proofErr w:type="spellStart"/>
      <w:r w:rsidR="00CC1034">
        <w:t>sędzia</w:t>
      </w:r>
      <w:proofErr w:type="spellEnd"/>
      <w:r>
        <w:t xml:space="preserve"> w </w:t>
      </w:r>
      <w:proofErr w:type="spellStart"/>
      <w:r>
        <w:t>dyscyplinie</w:t>
      </w:r>
      <w:proofErr w:type="spellEnd"/>
      <w:r>
        <w:t xml:space="preserve"> [</w:t>
      </w:r>
      <w:proofErr w:type="spellStart"/>
      <w:r>
        <w:t>dyscyplina</w:t>
      </w:r>
      <w:proofErr w:type="spellEnd"/>
      <w:r>
        <w:t xml:space="preserve">], </w:t>
      </w:r>
      <w:proofErr w:type="spellStart"/>
      <w:r w:rsidR="00CC1034">
        <w:t>posiada</w:t>
      </w:r>
      <w:proofErr w:type="spellEnd"/>
      <w:r w:rsidR="00CC1034">
        <w:t xml:space="preserve"> </w:t>
      </w:r>
      <w:proofErr w:type="spellStart"/>
      <w:r w:rsidR="00CC1034">
        <w:t>aktualny</w:t>
      </w:r>
      <w:proofErr w:type="spellEnd"/>
      <w:r w:rsidR="00CC1034">
        <w:t xml:space="preserve"> status </w:t>
      </w:r>
      <w:proofErr w:type="spellStart"/>
      <w:r w:rsidR="00CC1034">
        <w:t>arbitra</w:t>
      </w:r>
      <w:proofErr w:type="spellEnd"/>
      <w:r w:rsidR="00CC1034">
        <w:t>/</w:t>
      </w:r>
      <w:proofErr w:type="spellStart"/>
      <w:r w:rsidR="00CC1034">
        <w:t>sędziego</w:t>
      </w:r>
      <w:proofErr w:type="spellEnd"/>
      <w:r w:rsidR="00CC1034">
        <w:t xml:space="preserve"> w </w:t>
      </w:r>
      <w:proofErr w:type="spellStart"/>
      <w:r w:rsidR="00CC1034">
        <w:t>se</w:t>
      </w:r>
      <w:r w:rsidR="00AB4417">
        <w:t>zo</w:t>
      </w:r>
      <w:r w:rsidR="00CC1034">
        <w:t>nie</w:t>
      </w:r>
      <w:proofErr w:type="spellEnd"/>
      <w:r w:rsidR="00CC1034">
        <w:t xml:space="preserve"> </w:t>
      </w:r>
      <w:r w:rsidR="00AB4417">
        <w:t>[data}</w:t>
      </w:r>
    </w:p>
    <w:p w14:paraId="42072A36" w14:textId="5ED26824" w:rsidR="008D7623" w:rsidRDefault="00000000">
      <w:r>
        <w:t xml:space="preserve">Polski związek </w:t>
      </w:r>
      <w:proofErr w:type="spellStart"/>
      <w:r>
        <w:t>sportowy</w:t>
      </w:r>
      <w:proofErr w:type="spellEnd"/>
      <w:r>
        <w:t xml:space="preserve"> </w:t>
      </w:r>
      <w:proofErr w:type="spellStart"/>
      <w:r>
        <w:t>potwierdza</w:t>
      </w:r>
      <w:proofErr w:type="spellEnd"/>
      <w:r>
        <w:t xml:space="preserve"> status </w:t>
      </w:r>
      <w:r w:rsidR="00AB4417">
        <w:t>arbiter/sędzia</w:t>
      </w:r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pozytywnie</w:t>
      </w:r>
      <w:proofErr w:type="spellEnd"/>
      <w:r>
        <w:t xml:space="preserve"> </w:t>
      </w:r>
      <w:proofErr w:type="spellStart"/>
      <w:r>
        <w:t>rekomenduje</w:t>
      </w:r>
      <w:proofErr w:type="spellEnd"/>
      <w:r>
        <w:t xml:space="preserve"> przyznanie „Złotego Indeksu </w:t>
      </w:r>
      <w:proofErr w:type="spellStart"/>
      <w:r w:rsidR="00CC1034">
        <w:t>Arbitra</w:t>
      </w:r>
      <w:proofErr w:type="spellEnd"/>
      <w:r>
        <w:t>”.</w:t>
      </w:r>
    </w:p>
    <w:p w14:paraId="27EB2991" w14:textId="77777777" w:rsidR="008D7623" w:rsidRDefault="00000000">
      <w:r>
        <w:t>Podpis: [Prezes/Sekretarz PZS – imię, nazwisko, funkcja]</w:t>
      </w:r>
    </w:p>
    <w:p w14:paraId="03A67240" w14:textId="77777777" w:rsidR="008D7623" w:rsidRDefault="00000000">
      <w:r>
        <w:t>Kontakt: [telefon/e-mail]</w:t>
      </w:r>
    </w:p>
    <w:p w14:paraId="2379BB2C" w14:textId="77777777" w:rsidR="008D7623" w:rsidRDefault="00000000">
      <w:r>
        <w:t>(Pieczęć PZS)</w:t>
      </w:r>
    </w:p>
    <w:p w14:paraId="100E4A20" w14:textId="77777777" w:rsidR="008D7623" w:rsidRDefault="008D7623"/>
    <w:p w14:paraId="0F3E5783" w14:textId="77777777" w:rsidR="008D7623" w:rsidRDefault="00000000">
      <w:pPr>
        <w:pStyle w:val="Nagwek1"/>
      </w:pPr>
      <w:r>
        <w:t>Załącznik nr 2: Wykaz wymaganych załączników (checklista)</w:t>
      </w:r>
    </w:p>
    <w:p w14:paraId="65B004AB" w14:textId="04572EAE" w:rsidR="008D7623" w:rsidRDefault="003862F5">
      <w:pPr>
        <w:pStyle w:val="Listapunktowana"/>
      </w:pPr>
      <w:r>
        <w:t xml:space="preserve">Karta </w:t>
      </w:r>
      <w:proofErr w:type="spellStart"/>
      <w:r>
        <w:t>Indeksu</w:t>
      </w:r>
      <w:proofErr w:type="spellEnd"/>
      <w:r>
        <w:t xml:space="preserve"> - </w:t>
      </w:r>
      <w:proofErr w:type="spellStart"/>
      <w:r>
        <w:t>Wniosek</w:t>
      </w:r>
      <w:proofErr w:type="spellEnd"/>
      <w:r>
        <w:t xml:space="preserve"> do Rady </w:t>
      </w:r>
      <w:proofErr w:type="spellStart"/>
      <w:r>
        <w:t>Zarządzającej</w:t>
      </w:r>
      <w:proofErr w:type="spellEnd"/>
      <w:r>
        <w:t xml:space="preserve"> </w:t>
      </w:r>
      <w:proofErr w:type="spellStart"/>
      <w:r>
        <w:t>Uczelnią</w:t>
      </w:r>
      <w:proofErr w:type="spellEnd"/>
    </w:p>
    <w:p w14:paraId="2CB00A49" w14:textId="77777777" w:rsidR="008D7623" w:rsidRDefault="00000000">
      <w:pPr>
        <w:pStyle w:val="Listapunktowana"/>
      </w:pPr>
      <w:r>
        <w:t>CV sportowe z opisem dorobku.</w:t>
      </w:r>
    </w:p>
    <w:p w14:paraId="78875727" w14:textId="77777777" w:rsidR="008D7623" w:rsidRDefault="00000000">
      <w:pPr>
        <w:pStyle w:val="Listapunktowana"/>
      </w:pPr>
      <w:r>
        <w:t>Potwierdzenia wyników (dyplomy, oficjalne komunikaty, rankingi).</w:t>
      </w:r>
    </w:p>
    <w:p w14:paraId="7B275BB1" w14:textId="77777777" w:rsidR="008D7623" w:rsidRDefault="00000000">
      <w:pPr>
        <w:pStyle w:val="Listapunktowana"/>
      </w:pPr>
      <w:r>
        <w:t>Rekomendacja PZS na papierze firmowym, podpis Prezesa lub Sekretarza (lub kwalifikowany e-podpis).</w:t>
      </w:r>
    </w:p>
    <w:p w14:paraId="2FF57E20" w14:textId="3CDEC62D" w:rsidR="008D7623" w:rsidRDefault="008D7623" w:rsidP="00437F23">
      <w:pPr>
        <w:pStyle w:val="Listapunktowana"/>
        <w:numPr>
          <w:ilvl w:val="0"/>
          <w:numId w:val="0"/>
        </w:numPr>
        <w:ind w:left="360"/>
      </w:pPr>
    </w:p>
    <w:sectPr w:rsidR="008D7623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22A4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327BCD"/>
    <w:multiLevelType w:val="hybridMultilevel"/>
    <w:tmpl w:val="97042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372DE"/>
    <w:multiLevelType w:val="hybridMultilevel"/>
    <w:tmpl w:val="E2D0FE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073523"/>
    <w:multiLevelType w:val="hybridMultilevel"/>
    <w:tmpl w:val="721AD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24846"/>
    <w:multiLevelType w:val="hybridMultilevel"/>
    <w:tmpl w:val="E0522534"/>
    <w:lvl w:ilvl="0" w:tplc="634258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AC65DC0"/>
    <w:multiLevelType w:val="hybridMultilevel"/>
    <w:tmpl w:val="9A24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F2BE0"/>
    <w:multiLevelType w:val="hybridMultilevel"/>
    <w:tmpl w:val="B64652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957199"/>
    <w:multiLevelType w:val="hybridMultilevel"/>
    <w:tmpl w:val="97C636A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85635868">
    <w:abstractNumId w:val="8"/>
  </w:num>
  <w:num w:numId="2" w16cid:durableId="955021189">
    <w:abstractNumId w:val="6"/>
  </w:num>
  <w:num w:numId="3" w16cid:durableId="1856264020">
    <w:abstractNumId w:val="5"/>
  </w:num>
  <w:num w:numId="4" w16cid:durableId="1464038087">
    <w:abstractNumId w:val="4"/>
  </w:num>
  <w:num w:numId="5" w16cid:durableId="1719283608">
    <w:abstractNumId w:val="7"/>
  </w:num>
  <w:num w:numId="6" w16cid:durableId="1175414024">
    <w:abstractNumId w:val="3"/>
  </w:num>
  <w:num w:numId="7" w16cid:durableId="704869873">
    <w:abstractNumId w:val="2"/>
  </w:num>
  <w:num w:numId="8" w16cid:durableId="934049874">
    <w:abstractNumId w:val="1"/>
  </w:num>
  <w:num w:numId="9" w16cid:durableId="2007706666">
    <w:abstractNumId w:val="0"/>
  </w:num>
  <w:num w:numId="10" w16cid:durableId="464277491">
    <w:abstractNumId w:val="14"/>
  </w:num>
  <w:num w:numId="11" w16cid:durableId="938021431">
    <w:abstractNumId w:val="9"/>
  </w:num>
  <w:num w:numId="12" w16cid:durableId="1559826189">
    <w:abstractNumId w:val="10"/>
  </w:num>
  <w:num w:numId="13" w16cid:durableId="1633170829">
    <w:abstractNumId w:val="7"/>
    <w:lvlOverride w:ilvl="0">
      <w:startOverride w:val="1"/>
    </w:lvlOverride>
  </w:num>
  <w:num w:numId="14" w16cid:durableId="1464418989">
    <w:abstractNumId w:val="12"/>
  </w:num>
  <w:num w:numId="15" w16cid:durableId="529533679">
    <w:abstractNumId w:val="7"/>
    <w:lvlOverride w:ilvl="0">
      <w:startOverride w:val="1"/>
    </w:lvlOverride>
  </w:num>
  <w:num w:numId="16" w16cid:durableId="871696148">
    <w:abstractNumId w:val="13"/>
  </w:num>
  <w:num w:numId="17" w16cid:durableId="1700424263">
    <w:abstractNumId w:val="3"/>
    <w:lvlOverride w:ilvl="0">
      <w:startOverride w:val="1"/>
    </w:lvlOverride>
  </w:num>
  <w:num w:numId="18" w16cid:durableId="1853689839">
    <w:abstractNumId w:val="3"/>
    <w:lvlOverride w:ilvl="0">
      <w:startOverride w:val="1"/>
    </w:lvlOverride>
  </w:num>
  <w:num w:numId="19" w16cid:durableId="142236509">
    <w:abstractNumId w:val="3"/>
    <w:lvlOverride w:ilvl="0">
      <w:startOverride w:val="1"/>
    </w:lvlOverride>
  </w:num>
  <w:num w:numId="20" w16cid:durableId="437525301">
    <w:abstractNumId w:val="3"/>
    <w:lvlOverride w:ilvl="0">
      <w:startOverride w:val="1"/>
    </w:lvlOverride>
  </w:num>
  <w:num w:numId="21" w16cid:durableId="1762336987">
    <w:abstractNumId w:val="3"/>
    <w:lvlOverride w:ilvl="0">
      <w:startOverride w:val="1"/>
    </w:lvlOverride>
  </w:num>
  <w:num w:numId="22" w16cid:durableId="213855944">
    <w:abstractNumId w:val="3"/>
    <w:lvlOverride w:ilvl="0">
      <w:startOverride w:val="1"/>
    </w:lvlOverride>
  </w:num>
  <w:num w:numId="23" w16cid:durableId="794759729">
    <w:abstractNumId w:val="3"/>
    <w:lvlOverride w:ilvl="0">
      <w:startOverride w:val="1"/>
    </w:lvlOverride>
  </w:num>
  <w:num w:numId="24" w16cid:durableId="762992965">
    <w:abstractNumId w:val="3"/>
  </w:num>
  <w:num w:numId="25" w16cid:durableId="306014469">
    <w:abstractNumId w:val="11"/>
  </w:num>
  <w:num w:numId="26" w16cid:durableId="662127022">
    <w:abstractNumId w:val="15"/>
  </w:num>
  <w:num w:numId="27" w16cid:durableId="444885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CC6"/>
    <w:rsid w:val="00034616"/>
    <w:rsid w:val="00036405"/>
    <w:rsid w:val="0006063C"/>
    <w:rsid w:val="0015074B"/>
    <w:rsid w:val="0020524D"/>
    <w:rsid w:val="00235840"/>
    <w:rsid w:val="0029639D"/>
    <w:rsid w:val="00326F90"/>
    <w:rsid w:val="00341138"/>
    <w:rsid w:val="003862F5"/>
    <w:rsid w:val="00437F23"/>
    <w:rsid w:val="00477F93"/>
    <w:rsid w:val="00596718"/>
    <w:rsid w:val="00796045"/>
    <w:rsid w:val="007A2BC9"/>
    <w:rsid w:val="007E28AB"/>
    <w:rsid w:val="008D7623"/>
    <w:rsid w:val="00AA1D8D"/>
    <w:rsid w:val="00AB4417"/>
    <w:rsid w:val="00B47730"/>
    <w:rsid w:val="00C276E8"/>
    <w:rsid w:val="00CB0664"/>
    <w:rsid w:val="00CC1034"/>
    <w:rsid w:val="00E309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5D8E9"/>
  <w14:defaultImageDpi w14:val="300"/>
  <w15:docId w15:val="{F7CF8B39-B459-4046-8172-4EEDED7C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tabs>
        <w:tab w:val="clear" w:pos="643"/>
        <w:tab w:val="num" w:pos="720"/>
      </w:tabs>
      <w:ind w:left="72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Domylnaczcionkaakapitu"/>
    <w:rsid w:val="00CC1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1015</Words>
  <Characters>6091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Marek Rybiński</cp:lastModifiedBy>
  <cp:revision>3</cp:revision>
  <dcterms:created xsi:type="dcterms:W3CDTF">2025-11-07T14:39:00Z</dcterms:created>
  <dcterms:modified xsi:type="dcterms:W3CDTF">2025-11-07T14:51:00Z</dcterms:modified>
  <cp:category/>
</cp:coreProperties>
</file>